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Verdana" w:hAnsi="Verdana" w:eastAsia="Verdana"/>
          <w:b/>
          <w:color w:val="1F4E79"/>
          <w:sz w:val="40"/>
        </w:rPr>
        <w:t>Imparo a chiedere</w:t>
      </w:r>
    </w:p>
    <w:p>
      <w:r>
        <w:rPr>
          <w:rFonts w:ascii="Verdana" w:hAnsi="Verdana" w:eastAsia="Verdana"/>
          <w:b w:val="0"/>
          <w:color w:val="555555"/>
          <w:sz w:val="26"/>
        </w:rPr>
        <w:t>Versione essenziale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 w:val="0"/>
                <w:sz w:val="28"/>
              </w:rPr>
              <w:t>Fai le 3 mosse con il chatbot, poi una domanda a una persona.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Ogni volta che finisci una cosa, fai una ✔ nel quadratino ☐.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1. Metti in ordine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Manda la foto dei tuoi appunti e scrivi:</w:t>
            </w:r>
          </w:p>
          <w:p>
            <w:pPr>
              <w:ind w:left="340"/>
            </w:pPr>
            <w:r>
              <w:rPr>
                <w:rFonts w:ascii="Verdana" w:hAnsi="Verdana" w:eastAsia="Verdana"/>
                <w:b/>
                <w:sz w:val="30"/>
              </w:rPr>
              <w:t>«Metti in ordine questi appunti.»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Leggi il testo. Il chatbot può sbagliare: controlla con i tuoi appunti.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2. Non capisco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Trova una parola che non capisci. Scrivila qui: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Chiedi al chatbot di spiegartela.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Non basta? Chiedi un esempio.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3. Cosa manca?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Chiedi al chatbot 3 domande su cosa manca negli appunti.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Scegli 1 domanda. Non la fai al chatbot: la fai a una persona.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La domanda a una persona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La mia domanda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La faccio a: ______________________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Quando: __________________________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Segoe UI Symbol" w:hAnsi="Segoe UI Symbol" w:eastAsia="Segoe UI Symbol"/>
                <w:b/>
                <w:color w:val="1F4E79"/>
                <w:sz w:val="30"/>
              </w:rPr>
              <w:t xml:space="preserve">☐ </w:t>
            </w:r>
            <w:r>
              <w:rPr>
                <w:rFonts w:ascii="Verdana" w:hAnsi="Verdana" w:eastAsia="Verdana"/>
                <w:b/>
                <w:color w:val="1F4E79"/>
                <w:sz w:val="30"/>
              </w:rPr>
              <w:t>Com'è andata?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Ho fatto la domanda. La risposta è: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______________________________________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Non ancora. La faccio il giorno: ____________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sz="12" w:color="1F4E79"/>
              <w:left w:val="single" w:sz="12" w:color="1F4E79"/>
              <w:bottom w:val="single" w:sz="24" w:color="1F4E79"/>
              <w:right w:val="single" w:sz="12" w:color="1F4E79"/>
            </w:tcBorders>
            <w:tcMar>
              <w:top w:w="200" w:type="dxa"/>
              <w:left w:w="200" w:type="dxa"/>
              <w:bottom w:w="200" w:type="dxa"/>
              <w:right w:w="200" w:type="dxa"/>
            </w:tcMar>
            <w:shd w:val="clear" w:color="auto" w:fill="F3F6FA"/>
          </w:tcPr>
          <w:p>
            <w:r>
              <w:rPr>
                <w:rFonts w:ascii="Verdana" w:hAnsi="Verdana" w:eastAsia="Verdana"/>
                <w:b/>
                <w:color w:val="1F4E79"/>
                <w:sz w:val="30"/>
              </w:rPr>
              <w:t>Fine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Oggi ho fatto ____ domande al chatbot.</w:t>
            </w:r>
          </w:p>
          <w:p>
            <w:r>
              <w:rPr>
                <w:rFonts w:ascii="Verdana" w:hAnsi="Verdana" w:eastAsia="Verdana"/>
                <w:b w:val="0"/>
                <w:sz w:val="28"/>
              </w:rPr>
              <w:t>Oggi ho fatto ____ domande a una persona.</w:t>
            </w:r>
          </w:p>
          <w:p>
            <w:r>
              <w:rPr>
                <w:rFonts w:ascii="Segoe UI Symbol" w:hAnsi="Segoe UI Symbol" w:eastAsia="Segoe UI Symbol"/>
                <w:b w:val="0"/>
                <w:sz w:val="28"/>
              </w:rPr>
              <w:t xml:space="preserve">☐ </w:t>
            </w:r>
            <w:r>
              <w:rPr>
                <w:rFonts w:ascii="Verdana" w:hAnsi="Verdana" w:eastAsia="Verdana"/>
                <w:b w:val="0"/>
                <w:sz w:val="28"/>
              </w:rPr>
              <w:t>Ho detto all'insegnante: «Ho finito».</w:t>
            </w:r>
          </w:p>
        </w:tc>
      </w:tr>
    </w:tbl>
    <w:p>
      <w:pPr>
        <w:spacing w:after="0" w:line="240" w:lineRule="auto"/>
      </w:pPr>
      <w:r>
        <w:rPr>
          <w:rFonts w:ascii="Verdana" w:hAnsi="Verdana" w:eastAsia="Verdana"/>
          <w:b w:val="0"/>
          <w:sz w:val="16"/>
        </w:rPr>
      </w:r>
    </w:p>
    <w:p>
      <w:pPr>
        <w:pageBreakBefore/>
      </w:pPr>
      <w:r>
        <w:rPr>
          <w:rFonts w:ascii="Verdana" w:hAnsi="Verdana" w:eastAsia="Verdana"/>
          <w:b/>
          <w:color w:val="1F4E79"/>
          <w:sz w:val="34"/>
        </w:rPr>
        <w:t>I cartoncini con le frasi</w:t>
      </w:r>
    </w:p>
    <w:p>
      <w:r>
        <w:rPr>
          <w:rFonts w:ascii="Verdana" w:hAnsi="Verdana" w:eastAsia="Verdana"/>
          <w:b w:val="0"/>
          <w:sz w:val="28"/>
        </w:rPr>
        <w:t>Ogni cartoncino ha solo l'inizio della frase. Il resto lo scrivi tu.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515"/>
        </w:trPr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1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Metti in ordine…</w:t>
            </w:r>
          </w:p>
        </w:tc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2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Non capisco la parola…</w:t>
            </w:r>
          </w:p>
        </w:tc>
      </w:tr>
      <w:tr>
        <w:trPr>
          <w:trHeight w:val="3515"/>
        </w:trPr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2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Non ho ancora capito…</w:t>
            </w:r>
          </w:p>
        </w:tc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Mossa 3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Cosa manca…</w:t>
            </w:r>
          </w:p>
        </w:tc>
      </w:tr>
      <w:tr>
        <w:trPr>
          <w:trHeight w:val="3515"/>
        </w:trPr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A una persona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Scusi, ho una domanda…</w:t>
            </w:r>
          </w:p>
        </w:tc>
        <w:tc>
          <w:tcPr>
            <w:tcW w:type="dxa" w:w="4535"/>
            <w:tcBorders>
              <w:top w:val="dashed" w:sz="12" w:color="555555"/>
              <w:left w:val="dashed" w:sz="12" w:color="555555"/>
              <w:bottom w:val="dashed" w:sz="12" w:color="555555"/>
              <w:right w:val="dashed" w:sz="12" w:color="555555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r>
              <w:rPr>
                <w:rFonts w:ascii="Verdana" w:hAnsi="Verdana" w:eastAsia="Verdana"/>
                <w:b/>
                <w:color w:val="1F4E79"/>
                <w:sz w:val="22"/>
              </w:rPr>
              <w:t>A una persona</w:t>
            </w:r>
          </w:p>
          <w:p>
            <w:pPr>
              <w:spacing w:after="360"/>
            </w:pPr>
            <w:r>
              <w:rPr>
                <w:rFonts w:ascii="Verdana" w:hAnsi="Verdana" w:eastAsia="Verdana"/>
                <w:b/>
                <w:sz w:val="32"/>
              </w:rPr>
              <w:t>Ho finito…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Verdana" w:hAnsi="Verdana" w:eastAsia="Verdana"/>
        <w:b w:val="0"/>
        <w:color w:val="555555"/>
        <w:sz w:val="20"/>
      </w:rPr>
      <w:t xml:space="preserve">Pagina </w:t>
    </w:r>
    <w:r>
      <w:rPr>
        <w:rFonts w:ascii="Verdana" w:hAnsi="Verdana"/>
        <w:color w:val="555555"/>
        <w:sz w:val="20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Verdana" w:hAnsi="Verdana" w:eastAsia="Verdana"/>
        <w:b w:val="0"/>
        <w:color w:val="555555"/>
        <w:sz w:val="20"/>
      </w:rPr>
      <w:t xml:space="preserve"> di </w:t>
    </w:r>
    <w:r>
      <w:rPr>
        <w:rFonts w:ascii="Verdana" w:hAnsi="Verdana"/>
        <w:color w:val="555555"/>
        <w:sz w:val="20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Verdana" w:hAnsi="Verdana" w:eastAsia="Verdana"/>
        <w:b w:val="0"/>
        <w:color w:val="555555"/>
        <w:sz w:val="20"/>
      </w:rPr>
      <w:t>Nome: ______________________     Data: 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Verdana" w:hAnsi="Verdana" w:eastAsia="Verdana"/>
      <w:sz w:val="28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Imparo a chiedere. Scheda essenziale</dc:title>
  <dc:subject/>
  <dc:creator>Ivan Ferrero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