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Verdana" w:hAnsi="Verdana" w:eastAsia="Verdana"/>
          <w:b/>
          <w:color w:val="1F4E79"/>
          <w:sz w:val="40"/>
        </w:rPr>
        <w:t>Imparo a chiedere</w:t>
      </w:r>
    </w:p>
    <w:p>
      <w:r>
        <w:rPr>
          <w:rFonts w:ascii="Verdana" w:hAnsi="Verdana" w:eastAsia="Verdana"/>
          <w:b w:val="0"/>
          <w:color w:val="555555"/>
          <w:sz w:val="26"/>
        </w:rPr>
        <w:t>Con un chatbot, sui miei appunti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072"/>
      </w:tblGrid>
      <w:tr>
        <w:trPr>
          <w:cantSplit/>
        </w:trPr>
        <w:tc>
          <w:tcPr>
            <w:tcW w:type="dxa" w:w="9072"/>
            <w:tcBorders>
              <w:top w:val="single" w:sz="12" w:color="1F4E79"/>
              <w:left w:val="single" w:sz="12" w:color="1F4E79"/>
              <w:bottom w:val="single" w:sz="24" w:color="1F4E79"/>
              <w:right w:val="single" w:sz="12" w:color="1F4E79"/>
            </w:tcBorders>
            <w:tcMar>
              <w:top w:w="200" w:type="dxa"/>
              <w:left w:w="200" w:type="dxa"/>
              <w:bottom w:w="200" w:type="dxa"/>
              <w:right w:w="200" w:type="dxa"/>
            </w:tcMar>
            <w:shd w:val="clear" w:color="auto" w:fill="F3F6FA"/>
          </w:tcPr>
          <w:p>
            <w:r>
              <w:rPr>
                <w:rFonts w:ascii="Verdana" w:hAnsi="Verdana" w:eastAsia="Verdana"/>
                <w:b/>
                <w:color w:val="1F4E79"/>
                <w:sz w:val="30"/>
              </w:rPr>
              <w:t>Cosa facciamo oggi</w:t>
            </w:r>
          </w:p>
          <w:p>
            <w:r>
              <w:rPr>
                <w:rFonts w:ascii="Verdana" w:hAnsi="Verdana" w:eastAsia="Verdana"/>
                <w:b w:val="0"/>
                <w:sz w:val="28"/>
              </w:rPr>
              <w:t>Oggi lavori con un chatbot.</w:t>
            </w:r>
          </w:p>
          <w:p>
            <w:r>
              <w:rPr>
                <w:rFonts w:ascii="Verdana" w:hAnsi="Verdana" w:eastAsia="Verdana"/>
                <w:b w:val="0"/>
                <w:sz w:val="28"/>
              </w:rPr>
              <w:t>Il chatbot è un programma. Risponde quando gli scrivi.</w:t>
            </w:r>
          </w:p>
          <w:p>
            <w:r>
              <w:rPr>
                <w:rFonts w:ascii="Verdana" w:hAnsi="Verdana" w:eastAsia="Verdana"/>
                <w:b w:val="0"/>
                <w:sz w:val="28"/>
              </w:rPr>
              <w:t>Tu fai domande sui tuoi appunti.</w:t>
            </w:r>
          </w:p>
          <w:p>
            <w:r>
              <w:rPr>
                <w:rFonts w:ascii="Verdana" w:hAnsi="Verdana" w:eastAsia="Verdana"/>
                <w:b w:val="0"/>
                <w:sz w:val="28"/>
              </w:rPr>
              <w:t>Chiedere si impara. Oggi ci alleniamo.</w:t>
            </w:r>
          </w:p>
        </w:tc>
      </w:tr>
    </w:tbl>
    <w:p>
      <w:pPr>
        <w:spacing w:after="0" w:line="240" w:lineRule="auto"/>
      </w:pPr>
      <w:r>
        <w:rPr>
          <w:rFonts w:ascii="Verdana" w:hAnsi="Verdana" w:eastAsia="Verdana"/>
          <w:b w:val="0"/>
          <w:sz w:val="16"/>
        </w:rPr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072"/>
      </w:tblGrid>
      <w:tr>
        <w:trPr>
          <w:cantSplit/>
        </w:trPr>
        <w:tc>
          <w:tcPr>
            <w:tcW w:type="dxa" w:w="9072"/>
            <w:tcBorders>
              <w:top w:val="single" w:sz="12" w:color="1F4E79"/>
              <w:left w:val="single" w:sz="12" w:color="1F4E79"/>
              <w:bottom w:val="single" w:sz="24" w:color="1F4E79"/>
              <w:right w:val="single" w:sz="12" w:color="1F4E79"/>
            </w:tcBorders>
            <w:tcMar>
              <w:top w:w="200" w:type="dxa"/>
              <w:left w:w="200" w:type="dxa"/>
              <w:bottom w:w="200" w:type="dxa"/>
              <w:right w:w="200" w:type="dxa"/>
            </w:tcMar>
            <w:shd w:val="clear" w:color="auto" w:fill="F3F6FA"/>
          </w:tcPr>
          <w:p>
            <w:r>
              <w:rPr>
                <w:rFonts w:ascii="Verdana" w:hAnsi="Verdana" w:eastAsia="Verdana"/>
                <w:b/>
                <w:color w:val="1F4E79"/>
                <w:sz w:val="30"/>
              </w:rPr>
              <w:t>Come è fatta questa scheda</w:t>
            </w:r>
          </w:p>
          <w:p>
            <w:r>
              <w:rPr>
                <w:rFonts w:ascii="Verdana" w:hAnsi="Verdana" w:eastAsia="Verdana"/>
                <w:b w:val="0"/>
                <w:sz w:val="28"/>
              </w:rPr>
              <w:t>Ci sono 3 mosse con il chatbot e 1 domanda a una persona.</w:t>
            </w:r>
          </w:p>
          <w:p>
            <w:r>
              <w:rPr>
                <w:rFonts w:ascii="Verdana" w:hAnsi="Verdana" w:eastAsia="Verdana"/>
                <w:b w:val="0"/>
                <w:sz w:val="28"/>
              </w:rPr>
              <w:t>Mossa 1: Metti in ordine.</w:t>
            </w:r>
          </w:p>
          <w:p>
            <w:r>
              <w:rPr>
                <w:rFonts w:ascii="Verdana" w:hAnsi="Verdana" w:eastAsia="Verdana"/>
                <w:b w:val="0"/>
                <w:sz w:val="28"/>
              </w:rPr>
              <w:t>Mossa 2: Non capisco.</w:t>
            </w:r>
          </w:p>
          <w:p>
            <w:r>
              <w:rPr>
                <w:rFonts w:ascii="Verdana" w:hAnsi="Verdana" w:eastAsia="Verdana"/>
                <w:b w:val="0"/>
                <w:sz w:val="28"/>
              </w:rPr>
              <w:t>Mossa 3: Cosa manca?</w:t>
            </w:r>
          </w:p>
          <w:p>
            <w:r>
              <w:rPr>
                <w:rFonts w:ascii="Verdana" w:hAnsi="Verdana" w:eastAsia="Verdana"/>
                <w:b w:val="0"/>
                <w:sz w:val="28"/>
              </w:rPr>
              <w:t>Alla fine: fai una domanda a una persona.</w:t>
            </w:r>
          </w:p>
          <w:p>
            <w:r>
              <w:rPr>
                <w:rFonts w:ascii="Verdana" w:hAnsi="Verdana" w:eastAsia="Verdana"/>
                <w:b w:val="0"/>
                <w:sz w:val="28"/>
              </w:rPr>
              <w:t>Ogni volta che finisci una cosa, fai una ✔ nel quadratino ☐.</w:t>
            </w:r>
          </w:p>
        </w:tc>
      </w:tr>
    </w:tbl>
    <w:p>
      <w:pPr>
        <w:spacing w:after="0" w:line="240" w:lineRule="auto"/>
      </w:pPr>
      <w:r>
        <w:rPr>
          <w:rFonts w:ascii="Verdana" w:hAnsi="Verdana" w:eastAsia="Verdana"/>
          <w:b w:val="0"/>
          <w:sz w:val="16"/>
        </w:rPr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072"/>
      </w:tblGrid>
      <w:tr>
        <w:trPr>
          <w:cantSplit/>
        </w:trPr>
        <w:tc>
          <w:tcPr>
            <w:tcW w:type="dxa" w:w="9072"/>
            <w:tcBorders>
              <w:top w:val="single" w:sz="12" w:color="1F4E79"/>
              <w:left w:val="single" w:sz="12" w:color="1F4E79"/>
              <w:bottom w:val="single" w:sz="24" w:color="1F4E79"/>
              <w:right w:val="single" w:sz="12" w:color="1F4E79"/>
            </w:tcBorders>
            <w:tcMar>
              <w:top w:w="200" w:type="dxa"/>
              <w:left w:w="200" w:type="dxa"/>
              <w:bottom w:w="200" w:type="dxa"/>
              <w:right w:w="200" w:type="dxa"/>
            </w:tcMar>
            <w:shd w:val="clear" w:color="auto" w:fill="F3F6FA"/>
          </w:tcPr>
          <w:p>
            <w:r>
              <w:rPr>
                <w:rFonts w:ascii="Verdana" w:hAnsi="Verdana" w:eastAsia="Verdana"/>
                <w:b/>
                <w:color w:val="1F4E79"/>
                <w:sz w:val="30"/>
              </w:rPr>
              <w:t>Cosa ti serve</w:t>
            </w:r>
          </w:p>
          <w:p>
            <w:r>
              <w:rPr>
                <w:rFonts w:ascii="Verdana" w:hAnsi="Verdana" w:eastAsia="Verdana"/>
                <w:b w:val="0"/>
                <w:sz w:val="28"/>
              </w:rPr>
              <w:t>Gli appunti di: ____________________</w:t>
            </w:r>
          </w:p>
          <w:p>
            <w:r>
              <w:rPr>
                <w:rFonts w:ascii="Verdana" w:hAnsi="Verdana" w:eastAsia="Verdana"/>
                <w:b w:val="0"/>
                <w:sz w:val="28"/>
              </w:rPr>
              <w:t>Il computer, il tablet o il telefono con il chatbot.</w:t>
            </w:r>
          </w:p>
          <w:p>
            <w:r>
              <w:rPr>
                <w:rFonts w:ascii="Verdana" w:hAnsi="Verdana" w:eastAsia="Verdana"/>
                <w:b w:val="0"/>
                <w:sz w:val="28"/>
              </w:rPr>
              <w:t>I cartoncini con le frasi (ultima pagina) e una penna.</w:t>
            </w:r>
          </w:p>
        </w:tc>
      </w:tr>
    </w:tbl>
    <w:p>
      <w:pPr>
        <w:spacing w:after="0" w:line="240" w:lineRule="auto"/>
      </w:pPr>
      <w:r>
        <w:rPr>
          <w:rFonts w:ascii="Verdana" w:hAnsi="Verdana" w:eastAsia="Verdana"/>
          <w:b w:val="0"/>
          <w:sz w:val="16"/>
        </w:rPr>
      </w:r>
    </w:p>
    <w:p>
      <w:pPr>
        <w:pageBreakBefore/>
      </w:pPr>
      <w:r>
        <w:rPr>
          <w:rFonts w:ascii="Verdana" w:hAnsi="Verdana" w:eastAsia="Verdana"/>
          <w:b/>
          <w:color w:val="1F4E79"/>
          <w:sz w:val="34"/>
        </w:rPr>
        <w:t>Mossa 1: Metti in ordine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072"/>
      </w:tblGrid>
      <w:tr>
        <w:trPr>
          <w:cantSplit/>
        </w:trPr>
        <w:tc>
          <w:tcPr>
            <w:tcW w:type="dxa" w:w="9072"/>
            <w:tcBorders>
              <w:top w:val="single" w:sz="12" w:color="1F4E79"/>
              <w:left w:val="single" w:sz="12" w:color="1F4E79"/>
              <w:bottom w:val="single" w:sz="24" w:color="1F4E79"/>
              <w:right w:val="single" w:sz="12" w:color="1F4E79"/>
            </w:tcBorders>
            <w:tcMar>
              <w:top w:w="200" w:type="dxa"/>
              <w:left w:w="200" w:type="dxa"/>
              <w:bottom w:w="200" w:type="dxa"/>
              <w:right w:w="200" w:type="dxa"/>
            </w:tcMar>
          </w:tcPr>
          <w:p>
            <w:r>
              <w:rPr>
                <w:rFonts w:ascii="Segoe UI Symbol" w:hAnsi="Segoe UI Symbol" w:eastAsia="Segoe UI Symbol"/>
                <w:b/>
                <w:color w:val="1F4E79"/>
                <w:sz w:val="30"/>
              </w:rPr>
              <w:t xml:space="preserve">☐ </w:t>
            </w:r>
            <w:r>
              <w:rPr>
                <w:rFonts w:ascii="Verdana" w:hAnsi="Verdana" w:eastAsia="Verdana"/>
                <w:b/>
                <w:color w:val="1F4E79"/>
                <w:sz w:val="30"/>
              </w:rPr>
              <w:t>1. Apri il chatbot</w:t>
            </w:r>
          </w:p>
          <w:p>
            <w:r>
              <w:rPr>
                <w:rFonts w:ascii="Verdana" w:hAnsi="Verdana" w:eastAsia="Verdana"/>
                <w:b w:val="0"/>
                <w:sz w:val="28"/>
              </w:rPr>
              <w:t>Apri: ______________________________</w:t>
            </w:r>
          </w:p>
          <w:p>
            <w:r>
              <w:rPr>
                <w:rFonts w:ascii="Verdana" w:hAnsi="Verdana" w:eastAsia="Verdana"/>
                <w:b w:val="0"/>
                <w:color w:val="555555"/>
                <w:sz w:val="24"/>
              </w:rPr>
              <w:t>Il nome lo scrive l'insegnante.</w:t>
            </w:r>
          </w:p>
        </w:tc>
      </w:tr>
    </w:tbl>
    <w:p>
      <w:pPr>
        <w:spacing w:after="0" w:line="240" w:lineRule="auto"/>
      </w:pPr>
      <w:r>
        <w:rPr>
          <w:rFonts w:ascii="Verdana" w:hAnsi="Verdana" w:eastAsia="Verdana"/>
          <w:b w:val="0"/>
          <w:sz w:val="16"/>
        </w:rPr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072"/>
      </w:tblGrid>
      <w:tr>
        <w:trPr>
          <w:cantSplit/>
        </w:trPr>
        <w:tc>
          <w:tcPr>
            <w:tcW w:type="dxa" w:w="9072"/>
            <w:tcBorders>
              <w:top w:val="single" w:sz="12" w:color="1F4E79"/>
              <w:left w:val="single" w:sz="12" w:color="1F4E79"/>
              <w:bottom w:val="single" w:sz="24" w:color="1F4E79"/>
              <w:right w:val="single" w:sz="12" w:color="1F4E79"/>
            </w:tcBorders>
            <w:tcMar>
              <w:top w:w="200" w:type="dxa"/>
              <w:left w:w="200" w:type="dxa"/>
              <w:bottom w:w="200" w:type="dxa"/>
              <w:right w:w="200" w:type="dxa"/>
            </w:tcMar>
          </w:tcPr>
          <w:p>
            <w:r>
              <w:rPr>
                <w:rFonts w:ascii="Segoe UI Symbol" w:hAnsi="Segoe UI Symbol" w:eastAsia="Segoe UI Symbol"/>
                <w:b/>
                <w:color w:val="1F4E79"/>
                <w:sz w:val="30"/>
              </w:rPr>
              <w:t xml:space="preserve">☐ </w:t>
            </w:r>
            <w:r>
              <w:rPr>
                <w:rFonts w:ascii="Verdana" w:hAnsi="Verdana" w:eastAsia="Verdana"/>
                <w:b/>
                <w:color w:val="1F4E79"/>
                <w:sz w:val="30"/>
              </w:rPr>
              <w:t>2. Fotografa gli appunti</w:t>
            </w:r>
          </w:p>
          <w:p>
            <w:r>
              <w:rPr>
                <w:rFonts w:ascii="Verdana" w:hAnsi="Verdana" w:eastAsia="Verdana"/>
                <w:b w:val="0"/>
                <w:sz w:val="28"/>
              </w:rPr>
              <w:t>Per aggiungere una foto:</w:t>
            </w:r>
          </w:p>
          <w:p>
            <w:r>
              <w:rPr>
                <w:rFonts w:ascii="Verdana" w:hAnsi="Verdana" w:eastAsia="Verdana"/>
                <w:b w:val="0"/>
                <w:sz w:val="28"/>
              </w:rPr>
              <w:t>______________________________________</w:t>
            </w:r>
          </w:p>
          <w:p>
            <w:r>
              <w:rPr>
                <w:rFonts w:ascii="Verdana" w:hAnsi="Verdana" w:eastAsia="Verdana"/>
                <w:b w:val="0"/>
                <w:color w:val="555555"/>
                <w:sz w:val="24"/>
              </w:rPr>
              <w:t>Questo passaggio lo scrive l'insegnante.</w:t>
            </w:r>
          </w:p>
          <w:p>
            <w:r>
              <w:rPr>
                <w:rFonts w:ascii="Verdana" w:hAnsi="Verdana" w:eastAsia="Verdana"/>
                <w:b w:val="0"/>
                <w:sz w:val="28"/>
              </w:rPr>
              <w:t>Fotografa una pagina di appunti.</w:t>
            </w:r>
          </w:p>
          <w:p>
            <w:r>
              <w:rPr>
                <w:rFonts w:ascii="Verdana" w:hAnsi="Verdana" w:eastAsia="Verdana"/>
                <w:b w:val="0"/>
                <w:sz w:val="28"/>
              </w:rPr>
              <w:t>La pagina deve essere tutta dentro la foto.</w:t>
            </w:r>
          </w:p>
          <w:p>
            <w:r>
              <w:rPr>
                <w:rFonts w:ascii="Verdana" w:hAnsi="Verdana" w:eastAsia="Verdana"/>
                <w:b w:val="0"/>
                <w:sz w:val="28"/>
              </w:rPr>
              <w:t>Hai più pagine? Fai una foto per ogni pagina.</w:t>
            </w:r>
          </w:p>
        </w:tc>
      </w:tr>
    </w:tbl>
    <w:p>
      <w:pPr>
        <w:spacing w:after="0" w:line="240" w:lineRule="auto"/>
      </w:pPr>
      <w:r>
        <w:rPr>
          <w:rFonts w:ascii="Verdana" w:hAnsi="Verdana" w:eastAsia="Verdana"/>
          <w:b w:val="0"/>
          <w:sz w:val="16"/>
        </w:rPr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072"/>
      </w:tblGrid>
      <w:tr>
        <w:trPr>
          <w:cantSplit/>
        </w:trPr>
        <w:tc>
          <w:tcPr>
            <w:tcW w:type="dxa" w:w="9072"/>
            <w:tcBorders>
              <w:top w:val="single" w:sz="12" w:color="1F4E79"/>
              <w:left w:val="single" w:sz="12" w:color="1F4E79"/>
              <w:bottom w:val="single" w:sz="24" w:color="1F4E79"/>
              <w:right w:val="single" w:sz="12" w:color="1F4E79"/>
            </w:tcBorders>
            <w:tcMar>
              <w:top w:w="200" w:type="dxa"/>
              <w:left w:w="200" w:type="dxa"/>
              <w:bottom w:w="200" w:type="dxa"/>
              <w:right w:w="200" w:type="dxa"/>
            </w:tcMar>
          </w:tcPr>
          <w:p>
            <w:r>
              <w:rPr>
                <w:rFonts w:ascii="Segoe UI Symbol" w:hAnsi="Segoe UI Symbol" w:eastAsia="Segoe UI Symbol"/>
                <w:b/>
                <w:color w:val="1F4E79"/>
                <w:sz w:val="30"/>
              </w:rPr>
              <w:t xml:space="preserve">☐ </w:t>
            </w:r>
            <w:r>
              <w:rPr>
                <w:rFonts w:ascii="Verdana" w:hAnsi="Verdana" w:eastAsia="Verdana"/>
                <w:b/>
                <w:color w:val="1F4E79"/>
                <w:sz w:val="30"/>
              </w:rPr>
              <w:t>3. Scrivi la prima frase</w:t>
            </w:r>
          </w:p>
          <w:p>
            <w:r>
              <w:rPr>
                <w:rFonts w:ascii="Verdana" w:hAnsi="Verdana" w:eastAsia="Verdana"/>
                <w:b w:val="0"/>
                <w:sz w:val="28"/>
              </w:rPr>
              <w:t>Scrivi questa frase:</w:t>
            </w:r>
          </w:p>
          <w:p>
            <w:pPr>
              <w:ind w:left="340"/>
            </w:pPr>
            <w:r>
              <w:rPr>
                <w:rFonts w:ascii="Verdana" w:hAnsi="Verdana" w:eastAsia="Verdana"/>
                <w:b/>
                <w:sz w:val="30"/>
              </w:rPr>
              <w:t>«Metti in ordine questi appunti.»</w:t>
            </w:r>
          </w:p>
          <w:p>
            <w:r>
              <w:rPr>
                <w:rFonts w:ascii="Verdana" w:hAnsi="Verdana" w:eastAsia="Verdana"/>
                <w:b w:val="0"/>
                <w:sz w:val="28"/>
              </w:rPr>
              <w:t>Poi invia.</w:t>
            </w:r>
          </w:p>
        </w:tc>
      </w:tr>
    </w:tbl>
    <w:p>
      <w:pPr>
        <w:spacing w:after="0" w:line="240" w:lineRule="auto"/>
      </w:pPr>
      <w:r>
        <w:rPr>
          <w:rFonts w:ascii="Verdana" w:hAnsi="Verdana" w:eastAsia="Verdana"/>
          <w:b w:val="0"/>
          <w:sz w:val="16"/>
        </w:rPr>
      </w:r>
    </w:p>
    <w:p>
      <w:pPr>
        <w:pageBreakBefore/>
      </w:pPr>
      <w:r>
        <w:rPr>
          <w:rFonts w:ascii="Verdana" w:hAnsi="Verdana" w:eastAsia="Verdana"/>
          <w:b/>
          <w:color w:val="1F4E79"/>
          <w:sz w:val="34"/>
        </w:rPr>
        <w:t>Mossa 1: Leggi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072"/>
      </w:tblGrid>
      <w:tr>
        <w:trPr>
          <w:cantSplit/>
        </w:trPr>
        <w:tc>
          <w:tcPr>
            <w:tcW w:type="dxa" w:w="9072"/>
            <w:tcBorders>
              <w:top w:val="single" w:sz="12" w:color="1F4E79"/>
              <w:left w:val="single" w:sz="12" w:color="1F4E79"/>
              <w:bottom w:val="single" w:sz="24" w:color="1F4E79"/>
              <w:right w:val="single" w:sz="12" w:color="1F4E79"/>
            </w:tcBorders>
            <w:tcMar>
              <w:top w:w="200" w:type="dxa"/>
              <w:left w:w="200" w:type="dxa"/>
              <w:bottom w:w="200" w:type="dxa"/>
              <w:right w:w="200" w:type="dxa"/>
            </w:tcMar>
          </w:tcPr>
          <w:p>
            <w:r>
              <w:rPr>
                <w:rFonts w:ascii="Segoe UI Symbol" w:hAnsi="Segoe UI Symbol" w:eastAsia="Segoe UI Symbol"/>
                <w:b/>
                <w:color w:val="1F4E79"/>
                <w:sz w:val="30"/>
              </w:rPr>
              <w:t xml:space="preserve">☐ </w:t>
            </w:r>
            <w:r>
              <w:rPr>
                <w:rFonts w:ascii="Verdana" w:hAnsi="Verdana" w:eastAsia="Verdana"/>
                <w:b/>
                <w:color w:val="1F4E79"/>
                <w:sz w:val="30"/>
              </w:rPr>
              <w:t>4. Leggi gli appunti in ordine</w:t>
            </w:r>
          </w:p>
          <w:p>
            <w:r>
              <w:rPr>
                <w:rFonts w:ascii="Verdana" w:hAnsi="Verdana" w:eastAsia="Verdana"/>
                <w:b w:val="0"/>
                <w:sz w:val="28"/>
              </w:rPr>
              <w:t>Leggi il testo che ha scritto il chatbot.</w:t>
            </w:r>
          </w:p>
          <w:p>
            <w:r>
              <w:rPr>
                <w:rFonts w:ascii="Verdana" w:hAnsi="Verdana" w:eastAsia="Verdana"/>
                <w:b w:val="0"/>
                <w:sz w:val="28"/>
              </w:rPr>
              <w:t>Leggi con calma, dall'alto verso il basso.</w:t>
            </w:r>
          </w:p>
        </w:tc>
      </w:tr>
    </w:tbl>
    <w:p>
      <w:pPr>
        <w:spacing w:after="0" w:line="240" w:lineRule="auto"/>
      </w:pPr>
      <w:r>
        <w:rPr>
          <w:rFonts w:ascii="Verdana" w:hAnsi="Verdana" w:eastAsia="Verdana"/>
          <w:b w:val="0"/>
          <w:sz w:val="16"/>
        </w:rPr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072"/>
      </w:tblGrid>
      <w:tr>
        <w:trPr>
          <w:cantSplit/>
        </w:trPr>
        <w:tc>
          <w:tcPr>
            <w:tcW w:type="dxa" w:w="9072"/>
            <w:tcBorders>
              <w:top w:val="single" w:sz="12" w:color="1F4E79"/>
              <w:left w:val="single" w:sz="12" w:color="1F4E79"/>
              <w:bottom w:val="single" w:sz="24" w:color="1F4E79"/>
              <w:right w:val="single" w:sz="12" w:color="1F4E79"/>
            </w:tcBorders>
            <w:tcMar>
              <w:top w:w="200" w:type="dxa"/>
              <w:left w:w="200" w:type="dxa"/>
              <w:bottom w:w="200" w:type="dxa"/>
              <w:right w:w="200" w:type="dxa"/>
            </w:tcMar>
            <w:shd w:val="clear" w:color="auto" w:fill="FFF4E5"/>
          </w:tcPr>
          <w:p>
            <w:r>
              <w:rPr>
                <w:rFonts w:ascii="Verdana" w:hAnsi="Verdana" w:eastAsia="Verdana"/>
                <w:b/>
                <w:color w:val="1F4E79"/>
                <w:sz w:val="30"/>
              </w:rPr>
              <w:t>Attenzione</w:t>
            </w:r>
          </w:p>
          <w:p>
            <w:r>
              <w:rPr>
                <w:rFonts w:ascii="Verdana" w:hAnsi="Verdana" w:eastAsia="Verdana"/>
                <w:b w:val="0"/>
                <w:sz w:val="28"/>
              </w:rPr>
              <w:t>Il chatbot può sbagliare.</w:t>
            </w:r>
          </w:p>
          <w:p>
            <w:r>
              <w:rPr>
                <w:rFonts w:ascii="Verdana" w:hAnsi="Verdana" w:eastAsia="Verdana"/>
                <w:b w:val="0"/>
                <w:sz w:val="28"/>
              </w:rPr>
              <w:t>Una cosa ti sembra strana o diversa dai tuoi appunti?</w:t>
            </w:r>
          </w:p>
          <w:p>
            <w:r>
              <w:rPr>
                <w:rFonts w:ascii="Verdana" w:hAnsi="Verdana" w:eastAsia="Verdana"/>
                <w:b w:val="0"/>
                <w:sz w:val="28"/>
              </w:rPr>
              <w:t>Scrivila qui:</w:t>
            </w:r>
          </w:p>
          <w:p>
            <w:r>
              <w:rPr>
                <w:rFonts w:ascii="Verdana" w:hAnsi="Verdana" w:eastAsia="Verdana"/>
                <w:b w:val="0"/>
                <w:sz w:val="28"/>
              </w:rPr>
              <w:t>______________________________________</w:t>
            </w:r>
          </w:p>
          <w:p>
            <w:r>
              <w:rPr>
                <w:rFonts w:ascii="Verdana" w:hAnsi="Verdana" w:eastAsia="Verdana"/>
                <w:b w:val="0"/>
                <w:sz w:val="28"/>
              </w:rPr>
              <w:t>Poi chiedi all'insegnante.</w:t>
            </w:r>
          </w:p>
        </w:tc>
      </w:tr>
    </w:tbl>
    <w:p>
      <w:pPr>
        <w:spacing w:after="0" w:line="240" w:lineRule="auto"/>
      </w:pPr>
      <w:r>
        <w:rPr>
          <w:rFonts w:ascii="Verdana" w:hAnsi="Verdana" w:eastAsia="Verdana"/>
          <w:b w:val="0"/>
          <w:sz w:val="16"/>
        </w:rPr>
      </w:r>
    </w:p>
    <w:p>
      <w:pPr>
        <w:pageBreakBefore/>
      </w:pPr>
      <w:r>
        <w:rPr>
          <w:rFonts w:ascii="Verdana" w:hAnsi="Verdana" w:eastAsia="Verdana"/>
          <w:b/>
          <w:color w:val="1F4E79"/>
          <w:sz w:val="34"/>
        </w:rPr>
        <w:t>Mossa 2: Non capisco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072"/>
      </w:tblGrid>
      <w:tr>
        <w:trPr>
          <w:cantSplit/>
        </w:trPr>
        <w:tc>
          <w:tcPr>
            <w:tcW w:type="dxa" w:w="9072"/>
            <w:tcBorders>
              <w:top w:val="single" w:sz="12" w:color="1F4E79"/>
              <w:left w:val="single" w:sz="12" w:color="1F4E79"/>
              <w:bottom w:val="single" w:sz="24" w:color="1F4E79"/>
              <w:right w:val="single" w:sz="12" w:color="1F4E79"/>
            </w:tcBorders>
            <w:tcMar>
              <w:top w:w="200" w:type="dxa"/>
              <w:left w:w="200" w:type="dxa"/>
              <w:bottom w:w="200" w:type="dxa"/>
              <w:right w:w="200" w:type="dxa"/>
            </w:tcMar>
          </w:tcPr>
          <w:p>
            <w:r>
              <w:rPr>
                <w:rFonts w:ascii="Segoe UI Symbol" w:hAnsi="Segoe UI Symbol" w:eastAsia="Segoe UI Symbol"/>
                <w:b/>
                <w:color w:val="1F4E79"/>
                <w:sz w:val="30"/>
              </w:rPr>
              <w:t xml:space="preserve">☐ </w:t>
            </w:r>
            <w:r>
              <w:rPr>
                <w:rFonts w:ascii="Verdana" w:hAnsi="Verdana" w:eastAsia="Verdana"/>
                <w:b/>
                <w:color w:val="1F4E79"/>
                <w:sz w:val="30"/>
              </w:rPr>
              <w:t>1. Cerca una parola difficile</w:t>
            </w:r>
          </w:p>
          <w:p>
            <w:r>
              <w:rPr>
                <w:rFonts w:ascii="Verdana" w:hAnsi="Verdana" w:eastAsia="Verdana"/>
                <w:b w:val="0"/>
                <w:sz w:val="28"/>
              </w:rPr>
              <w:t>Leggi il testo del chatbot.</w:t>
            </w:r>
          </w:p>
          <w:p>
            <w:r>
              <w:rPr>
                <w:rFonts w:ascii="Verdana" w:hAnsi="Verdana" w:eastAsia="Verdana"/>
                <w:b w:val="0"/>
                <w:sz w:val="28"/>
              </w:rPr>
              <w:t>Cerca una parola o una frase che non capisci.</w:t>
            </w:r>
          </w:p>
          <w:p>
            <w:r>
              <w:rPr>
                <w:rFonts w:ascii="Verdana" w:hAnsi="Verdana" w:eastAsia="Verdana"/>
                <w:b w:val="0"/>
                <w:sz w:val="28"/>
              </w:rPr>
              <w:t>Scrivila qui:</w:t>
            </w:r>
          </w:p>
          <w:p>
            <w:r>
              <w:rPr>
                <w:rFonts w:ascii="Verdana" w:hAnsi="Verdana" w:eastAsia="Verdana"/>
                <w:b w:val="0"/>
                <w:sz w:val="28"/>
              </w:rPr>
              <w:t>______________________________________</w:t>
            </w:r>
          </w:p>
        </w:tc>
      </w:tr>
    </w:tbl>
    <w:p>
      <w:pPr>
        <w:spacing w:after="0" w:line="240" w:lineRule="auto"/>
      </w:pPr>
      <w:r>
        <w:rPr>
          <w:rFonts w:ascii="Verdana" w:hAnsi="Verdana" w:eastAsia="Verdana"/>
          <w:b w:val="0"/>
          <w:sz w:val="16"/>
        </w:rPr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072"/>
      </w:tblGrid>
      <w:tr>
        <w:trPr>
          <w:cantSplit/>
        </w:trPr>
        <w:tc>
          <w:tcPr>
            <w:tcW w:type="dxa" w:w="9072"/>
            <w:tcBorders>
              <w:top w:val="single" w:sz="12" w:color="1F4E79"/>
              <w:left w:val="single" w:sz="12" w:color="1F4E79"/>
              <w:bottom w:val="single" w:sz="24" w:color="1F4E79"/>
              <w:right w:val="single" w:sz="12" w:color="1F4E79"/>
            </w:tcBorders>
            <w:tcMar>
              <w:top w:w="200" w:type="dxa"/>
              <w:left w:w="200" w:type="dxa"/>
              <w:bottom w:w="200" w:type="dxa"/>
              <w:right w:w="200" w:type="dxa"/>
            </w:tcMar>
          </w:tcPr>
          <w:p>
            <w:r>
              <w:rPr>
                <w:rFonts w:ascii="Segoe UI Symbol" w:hAnsi="Segoe UI Symbol" w:eastAsia="Segoe UI Symbol"/>
                <w:b/>
                <w:color w:val="1F4E79"/>
                <w:sz w:val="30"/>
              </w:rPr>
              <w:t xml:space="preserve">☐ </w:t>
            </w:r>
            <w:r>
              <w:rPr>
                <w:rFonts w:ascii="Verdana" w:hAnsi="Verdana" w:eastAsia="Verdana"/>
                <w:b/>
                <w:color w:val="1F4E79"/>
                <w:sz w:val="30"/>
              </w:rPr>
              <w:t>2. Chiedi al chatbot</w:t>
            </w:r>
          </w:p>
          <w:p>
            <w:r>
              <w:rPr>
                <w:rFonts w:ascii="Verdana" w:hAnsi="Verdana" w:eastAsia="Verdana"/>
                <w:b w:val="0"/>
                <w:sz w:val="28"/>
              </w:rPr>
              <w:t>Scrivi al chatbot:</w:t>
            </w:r>
          </w:p>
          <w:p>
            <w:pPr>
              <w:ind w:left="340"/>
            </w:pPr>
            <w:r>
              <w:rPr>
                <w:rFonts w:ascii="Verdana" w:hAnsi="Verdana" w:eastAsia="Verdana"/>
                <w:b/>
                <w:sz w:val="30"/>
              </w:rPr>
              <w:t>«Non capisco la parola ______. Spiegamela con parole semplici.»</w:t>
            </w:r>
          </w:p>
          <w:p>
            <w:r>
              <w:rPr>
                <w:rFonts w:ascii="Verdana" w:hAnsi="Verdana" w:eastAsia="Verdana"/>
                <w:b w:val="0"/>
                <w:sz w:val="28"/>
              </w:rPr>
              <w:t>Al posto della riga metti la tua parola.</w:t>
            </w:r>
          </w:p>
        </w:tc>
      </w:tr>
    </w:tbl>
    <w:p>
      <w:pPr>
        <w:spacing w:after="0" w:line="240" w:lineRule="auto"/>
      </w:pPr>
      <w:r>
        <w:rPr>
          <w:rFonts w:ascii="Verdana" w:hAnsi="Verdana" w:eastAsia="Verdana"/>
          <w:b w:val="0"/>
          <w:sz w:val="16"/>
        </w:rPr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072"/>
      </w:tblGrid>
      <w:tr>
        <w:trPr>
          <w:cantSplit/>
        </w:trPr>
        <w:tc>
          <w:tcPr>
            <w:tcW w:type="dxa" w:w="9072"/>
            <w:tcBorders>
              <w:top w:val="single" w:sz="12" w:color="1F4E79"/>
              <w:left w:val="single" w:sz="12" w:color="1F4E79"/>
              <w:bottom w:val="single" w:sz="24" w:color="1F4E79"/>
              <w:right w:val="single" w:sz="12" w:color="1F4E79"/>
            </w:tcBorders>
            <w:tcMar>
              <w:top w:w="200" w:type="dxa"/>
              <w:left w:w="200" w:type="dxa"/>
              <w:bottom w:w="200" w:type="dxa"/>
              <w:right w:w="200" w:type="dxa"/>
            </w:tcMar>
          </w:tcPr>
          <w:p>
            <w:r>
              <w:rPr>
                <w:rFonts w:ascii="Segoe UI Symbol" w:hAnsi="Segoe UI Symbol" w:eastAsia="Segoe UI Symbol"/>
                <w:b/>
                <w:color w:val="1F4E79"/>
                <w:sz w:val="30"/>
              </w:rPr>
              <w:t xml:space="preserve">☐ </w:t>
            </w:r>
            <w:r>
              <w:rPr>
                <w:rFonts w:ascii="Verdana" w:hAnsi="Verdana" w:eastAsia="Verdana"/>
                <w:b/>
                <w:color w:val="1F4E79"/>
                <w:sz w:val="30"/>
              </w:rPr>
              <w:t>3. Adesso hai capito?</w:t>
            </w:r>
          </w:p>
          <w:p>
            <w:r>
              <w:rPr>
                <w:rFonts w:ascii="Verdana" w:hAnsi="Verdana" w:eastAsia="Verdana"/>
                <w:b w:val="0"/>
                <w:sz w:val="28"/>
              </w:rPr>
              <w:t>Leggi la risposta. Fai una ✔.</w:t>
            </w:r>
          </w:p>
          <w:p>
            <w:r>
              <w:rPr>
                <w:rFonts w:ascii="Segoe UI Symbol" w:hAnsi="Segoe UI Symbol" w:eastAsia="Segoe UI Symbol"/>
                <w:b w:val="0"/>
                <w:sz w:val="28"/>
              </w:rPr>
              <w:t xml:space="preserve">☐ </w:t>
            </w:r>
            <w:r>
              <w:rPr>
                <w:rFonts w:ascii="Verdana" w:hAnsi="Verdana" w:eastAsia="Verdana"/>
                <w:b w:val="0"/>
                <w:sz w:val="28"/>
              </w:rPr>
              <w:t>Sì      ☐ Un po'      ☐ No</w:t>
            </w:r>
          </w:p>
        </w:tc>
      </w:tr>
    </w:tbl>
    <w:p>
      <w:pPr>
        <w:spacing w:after="0" w:line="240" w:lineRule="auto"/>
      </w:pPr>
      <w:r>
        <w:rPr>
          <w:rFonts w:ascii="Verdana" w:hAnsi="Verdana" w:eastAsia="Verdana"/>
          <w:b w:val="0"/>
          <w:sz w:val="16"/>
        </w:rPr>
      </w:r>
    </w:p>
    <w:p>
      <w:pPr>
        <w:pageBreakBefore/>
      </w:pPr>
      <w:r>
        <w:rPr>
          <w:rFonts w:ascii="Verdana" w:hAnsi="Verdana" w:eastAsia="Verdana"/>
          <w:b/>
          <w:color w:val="1F4E79"/>
          <w:sz w:val="34"/>
        </w:rPr>
        <w:t>Mossa 2: Dopo la risposta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072"/>
      </w:tblGrid>
      <w:tr>
        <w:trPr>
          <w:cantSplit/>
        </w:trPr>
        <w:tc>
          <w:tcPr>
            <w:tcW w:type="dxa" w:w="9072"/>
            <w:tcBorders>
              <w:top w:val="single" w:sz="12" w:color="1F4E79"/>
              <w:left w:val="single" w:sz="12" w:color="1F4E79"/>
              <w:bottom w:val="single" w:sz="24" w:color="1F4E79"/>
              <w:right w:val="single" w:sz="12" w:color="1F4E79"/>
            </w:tcBorders>
            <w:tcMar>
              <w:top w:w="200" w:type="dxa"/>
              <w:left w:w="200" w:type="dxa"/>
              <w:bottom w:w="200" w:type="dxa"/>
              <w:right w:w="200" w:type="dxa"/>
            </w:tcMar>
            <w:shd w:val="clear" w:color="auto" w:fill="F3F6FA"/>
          </w:tcPr>
          <w:p>
            <w:r>
              <w:rPr>
                <w:rFonts w:ascii="Verdana" w:hAnsi="Verdana" w:eastAsia="Verdana"/>
                <w:b/>
                <w:color w:val="1F4E79"/>
                <w:sz w:val="30"/>
              </w:rPr>
              <w:t>Hai risposto «Un po'» o «No»?</w:t>
            </w:r>
          </w:p>
          <w:p>
            <w:r>
              <w:rPr>
                <w:rFonts w:ascii="Verdana" w:hAnsi="Verdana" w:eastAsia="Verdana"/>
                <w:b w:val="0"/>
                <w:sz w:val="28"/>
              </w:rPr>
              <w:t>Scrivi al chatbot:</w:t>
            </w:r>
          </w:p>
          <w:p>
            <w:pPr>
              <w:ind w:left="340"/>
            </w:pPr>
            <w:r>
              <w:rPr>
                <w:rFonts w:ascii="Verdana" w:hAnsi="Verdana" w:eastAsia="Verdana"/>
                <w:b/>
                <w:sz w:val="30"/>
              </w:rPr>
              <w:t>«Non ho ancora capito. Fammi un esempio.»</w:t>
            </w:r>
          </w:p>
          <w:p>
            <w:r>
              <w:rPr>
                <w:rFonts w:ascii="Verdana" w:hAnsi="Verdana" w:eastAsia="Verdana"/>
                <w:b w:val="0"/>
                <w:color w:val="555555"/>
                <w:sz w:val="24"/>
              </w:rPr>
              <w:t>Puoi rifare la Mossa 2 con altre parole. Al massimo 3 parole oggi.</w:t>
            </w:r>
          </w:p>
        </w:tc>
      </w:tr>
    </w:tbl>
    <w:p>
      <w:pPr>
        <w:spacing w:after="0" w:line="240" w:lineRule="auto"/>
      </w:pPr>
      <w:r>
        <w:rPr>
          <w:rFonts w:ascii="Verdana" w:hAnsi="Verdana" w:eastAsia="Verdana"/>
          <w:b w:val="0"/>
          <w:sz w:val="16"/>
        </w:rPr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072"/>
      </w:tblGrid>
      <w:tr>
        <w:trPr>
          <w:cantSplit/>
        </w:trPr>
        <w:tc>
          <w:tcPr>
            <w:tcW w:type="dxa" w:w="9072"/>
            <w:tcBorders>
              <w:top w:val="single" w:sz="12" w:color="1F4E79"/>
              <w:left w:val="single" w:sz="12" w:color="1F4E79"/>
              <w:bottom w:val="single" w:sz="24" w:color="1F4E79"/>
              <w:right w:val="single" w:sz="12" w:color="1F4E79"/>
            </w:tcBorders>
            <w:tcMar>
              <w:top w:w="200" w:type="dxa"/>
              <w:left w:w="200" w:type="dxa"/>
              <w:bottom w:w="200" w:type="dxa"/>
              <w:right w:w="200" w:type="dxa"/>
            </w:tcMar>
            <w:shd w:val="clear" w:color="auto" w:fill="F3F6FA"/>
          </w:tcPr>
          <w:p>
            <w:r>
              <w:rPr>
                <w:rFonts w:ascii="Verdana" w:hAnsi="Verdana" w:eastAsia="Verdana"/>
                <w:b/>
                <w:color w:val="1F4E79"/>
                <w:sz w:val="30"/>
              </w:rPr>
              <w:t>Capisci tutte le parole?</w:t>
            </w:r>
          </w:p>
          <w:p>
            <w:r>
              <w:rPr>
                <w:rFonts w:ascii="Verdana" w:hAnsi="Verdana" w:eastAsia="Verdana"/>
                <w:b w:val="0"/>
                <w:sz w:val="28"/>
              </w:rPr>
              <w:t>Hai letto tutto e capisci tutto?</w:t>
            </w:r>
          </w:p>
          <w:p>
            <w:r>
              <w:rPr>
                <w:rFonts w:ascii="Verdana" w:hAnsi="Verdana" w:eastAsia="Verdana"/>
                <w:b w:val="0"/>
                <w:sz w:val="28"/>
              </w:rPr>
              <w:t>Va bene. Anche questo si dice.</w:t>
            </w:r>
          </w:p>
          <w:p>
            <w:r>
              <w:rPr>
                <w:rFonts w:ascii="Verdana" w:hAnsi="Verdana" w:eastAsia="Verdana"/>
                <w:b w:val="0"/>
                <w:sz w:val="28"/>
              </w:rPr>
              <w:t>Dillo all'insegnante con questa frase:</w:t>
            </w:r>
          </w:p>
          <w:p>
            <w:pPr>
              <w:ind w:left="340"/>
            </w:pPr>
            <w:r>
              <w:rPr>
                <w:rFonts w:ascii="Verdana" w:hAnsi="Verdana" w:eastAsia="Verdana"/>
                <w:b/>
                <w:sz w:val="30"/>
              </w:rPr>
              <w:t>«Ho capito tutto. Può controllare?»</w:t>
            </w:r>
          </w:p>
          <w:p>
            <w:r>
              <w:rPr>
                <w:rFonts w:ascii="Segoe UI Symbol" w:hAnsi="Segoe UI Symbol" w:eastAsia="Segoe UI Symbol"/>
                <w:b w:val="0"/>
                <w:sz w:val="28"/>
              </w:rPr>
              <w:t xml:space="preserve">☐ </w:t>
            </w:r>
            <w:r>
              <w:rPr>
                <w:rFonts w:ascii="Verdana" w:hAnsi="Verdana" w:eastAsia="Verdana"/>
                <w:b w:val="0"/>
                <w:sz w:val="28"/>
              </w:rPr>
              <w:t>L'ho detto all'insegnante.</w:t>
            </w:r>
          </w:p>
        </w:tc>
      </w:tr>
    </w:tbl>
    <w:p>
      <w:pPr>
        <w:spacing w:after="0" w:line="240" w:lineRule="auto"/>
      </w:pPr>
      <w:r>
        <w:rPr>
          <w:rFonts w:ascii="Verdana" w:hAnsi="Verdana" w:eastAsia="Verdana"/>
          <w:b w:val="0"/>
          <w:sz w:val="16"/>
        </w:rPr>
      </w:r>
    </w:p>
    <w:p>
      <w:pPr>
        <w:pageBreakBefore/>
      </w:pPr>
      <w:r>
        <w:rPr>
          <w:rFonts w:ascii="Verdana" w:hAnsi="Verdana" w:eastAsia="Verdana"/>
          <w:b/>
          <w:color w:val="1F4E79"/>
          <w:sz w:val="34"/>
        </w:rPr>
        <w:t>Mossa 3: Cosa manca?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072"/>
      </w:tblGrid>
      <w:tr>
        <w:trPr>
          <w:cantSplit/>
        </w:trPr>
        <w:tc>
          <w:tcPr>
            <w:tcW w:type="dxa" w:w="9072"/>
            <w:tcBorders>
              <w:top w:val="single" w:sz="12" w:color="1F4E79"/>
              <w:left w:val="single" w:sz="12" w:color="1F4E79"/>
              <w:bottom w:val="single" w:sz="24" w:color="1F4E79"/>
              <w:right w:val="single" w:sz="12" w:color="1F4E79"/>
            </w:tcBorders>
            <w:tcMar>
              <w:top w:w="200" w:type="dxa"/>
              <w:left w:w="200" w:type="dxa"/>
              <w:bottom w:w="200" w:type="dxa"/>
              <w:right w:w="200" w:type="dxa"/>
            </w:tcMar>
          </w:tcPr>
          <w:p>
            <w:r>
              <w:rPr>
                <w:rFonts w:ascii="Segoe UI Symbol" w:hAnsi="Segoe UI Symbol" w:eastAsia="Segoe UI Symbol"/>
                <w:b/>
                <w:color w:val="1F4E79"/>
                <w:sz w:val="30"/>
              </w:rPr>
              <w:t xml:space="preserve">☐ </w:t>
            </w:r>
            <w:r>
              <w:rPr>
                <w:rFonts w:ascii="Verdana" w:hAnsi="Verdana" w:eastAsia="Verdana"/>
                <w:b/>
                <w:color w:val="1F4E79"/>
                <w:sz w:val="30"/>
              </w:rPr>
              <w:t>1. Chiedi al chatbot</w:t>
            </w:r>
          </w:p>
          <w:p>
            <w:r>
              <w:rPr>
                <w:rFonts w:ascii="Verdana" w:hAnsi="Verdana" w:eastAsia="Verdana"/>
                <w:b w:val="0"/>
                <w:sz w:val="28"/>
              </w:rPr>
              <w:t>Scrivi al chatbot:</w:t>
            </w:r>
          </w:p>
          <w:p>
            <w:pPr>
              <w:ind w:left="340"/>
            </w:pPr>
            <w:r>
              <w:rPr>
                <w:rFonts w:ascii="Verdana" w:hAnsi="Verdana" w:eastAsia="Verdana"/>
                <w:b/>
                <w:sz w:val="30"/>
              </w:rPr>
              <w:t>«Cosa manca in questi appunti? Scrivimi 3 domande.»</w:t>
            </w:r>
          </w:p>
        </w:tc>
      </w:tr>
    </w:tbl>
    <w:p>
      <w:pPr>
        <w:spacing w:after="0" w:line="240" w:lineRule="auto"/>
      </w:pPr>
      <w:r>
        <w:rPr>
          <w:rFonts w:ascii="Verdana" w:hAnsi="Verdana" w:eastAsia="Verdana"/>
          <w:b w:val="0"/>
          <w:sz w:val="16"/>
        </w:rPr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072"/>
      </w:tblGrid>
      <w:tr>
        <w:trPr>
          <w:cantSplit/>
        </w:trPr>
        <w:tc>
          <w:tcPr>
            <w:tcW w:type="dxa" w:w="9072"/>
            <w:tcBorders>
              <w:top w:val="single" w:sz="12" w:color="1F4E79"/>
              <w:left w:val="single" w:sz="12" w:color="1F4E79"/>
              <w:bottom w:val="single" w:sz="24" w:color="1F4E79"/>
              <w:right w:val="single" w:sz="12" w:color="1F4E79"/>
            </w:tcBorders>
            <w:tcMar>
              <w:top w:w="200" w:type="dxa"/>
              <w:left w:w="200" w:type="dxa"/>
              <w:bottom w:w="200" w:type="dxa"/>
              <w:right w:w="200" w:type="dxa"/>
            </w:tcMar>
          </w:tcPr>
          <w:p>
            <w:r>
              <w:rPr>
                <w:rFonts w:ascii="Segoe UI Symbol" w:hAnsi="Segoe UI Symbol" w:eastAsia="Segoe UI Symbol"/>
                <w:b/>
                <w:color w:val="1F4E79"/>
                <w:sz w:val="30"/>
              </w:rPr>
              <w:t xml:space="preserve">☐ </w:t>
            </w:r>
            <w:r>
              <w:rPr>
                <w:rFonts w:ascii="Verdana" w:hAnsi="Verdana" w:eastAsia="Verdana"/>
                <w:b/>
                <w:color w:val="1F4E79"/>
                <w:sz w:val="30"/>
              </w:rPr>
              <w:t>2. Scegli una domanda</w:t>
            </w:r>
          </w:p>
          <w:p>
            <w:r>
              <w:rPr>
                <w:rFonts w:ascii="Verdana" w:hAnsi="Verdana" w:eastAsia="Verdana"/>
                <w:b w:val="0"/>
                <w:sz w:val="28"/>
              </w:rPr>
              <w:t>Leggi le 3 domande.</w:t>
            </w:r>
          </w:p>
          <w:p>
            <w:r>
              <w:rPr>
                <w:rFonts w:ascii="Verdana" w:hAnsi="Verdana" w:eastAsia="Verdana"/>
                <w:b w:val="0"/>
                <w:sz w:val="28"/>
              </w:rPr>
              <w:t>Scegli 1 domanda. Copiala qui:</w:t>
            </w:r>
          </w:p>
          <w:p>
            <w:r>
              <w:rPr>
                <w:rFonts w:ascii="Verdana" w:hAnsi="Verdana" w:eastAsia="Verdana"/>
                <w:b w:val="0"/>
                <w:sz w:val="28"/>
              </w:rPr>
              <w:t>______________________________________</w:t>
            </w:r>
          </w:p>
          <w:p>
            <w:r>
              <w:rPr>
                <w:rFonts w:ascii="Verdana" w:hAnsi="Verdana" w:eastAsia="Verdana"/>
                <w:b w:val="0"/>
                <w:sz w:val="28"/>
              </w:rPr>
              <w:t>______________________________________</w:t>
            </w:r>
          </w:p>
        </w:tc>
      </w:tr>
    </w:tbl>
    <w:p>
      <w:pPr>
        <w:spacing w:after="0" w:line="240" w:lineRule="auto"/>
      </w:pPr>
      <w:r>
        <w:rPr>
          <w:rFonts w:ascii="Verdana" w:hAnsi="Verdana" w:eastAsia="Verdana"/>
          <w:b w:val="0"/>
          <w:sz w:val="16"/>
        </w:rPr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072"/>
      </w:tblGrid>
      <w:tr>
        <w:trPr>
          <w:cantSplit/>
        </w:trPr>
        <w:tc>
          <w:tcPr>
            <w:tcW w:type="dxa" w:w="9072"/>
            <w:tcBorders>
              <w:top w:val="single" w:sz="12" w:color="1F4E79"/>
              <w:left w:val="single" w:sz="12" w:color="1F4E79"/>
              <w:bottom w:val="single" w:sz="24" w:color="1F4E79"/>
              <w:right w:val="single" w:sz="12" w:color="1F4E79"/>
            </w:tcBorders>
            <w:tcMar>
              <w:top w:w="200" w:type="dxa"/>
              <w:left w:w="200" w:type="dxa"/>
              <w:bottom w:w="200" w:type="dxa"/>
              <w:right w:w="200" w:type="dxa"/>
            </w:tcMar>
            <w:shd w:val="clear" w:color="auto" w:fill="FFF4E5"/>
          </w:tcPr>
          <w:p>
            <w:r>
              <w:rPr>
                <w:rFonts w:ascii="Verdana" w:hAnsi="Verdana" w:eastAsia="Verdana"/>
                <w:b/>
                <w:color w:val="1F4E79"/>
                <w:sz w:val="30"/>
              </w:rPr>
              <w:t>Attenzione</w:t>
            </w:r>
          </w:p>
          <w:p>
            <w:r>
              <w:rPr>
                <w:rFonts w:ascii="Verdana" w:hAnsi="Verdana" w:eastAsia="Verdana"/>
                <w:b w:val="0"/>
                <w:sz w:val="28"/>
              </w:rPr>
              <w:t>Questa domanda non la fai al chatbot.</w:t>
            </w:r>
          </w:p>
          <w:p>
            <w:r>
              <w:rPr>
                <w:rFonts w:ascii="Verdana" w:hAnsi="Verdana" w:eastAsia="Verdana"/>
                <w:b w:val="0"/>
                <w:sz w:val="28"/>
              </w:rPr>
              <w:t>La fai a una persona. Vai alla pagina dopo.</w:t>
            </w:r>
          </w:p>
        </w:tc>
      </w:tr>
    </w:tbl>
    <w:p>
      <w:pPr>
        <w:spacing w:after="0" w:line="240" w:lineRule="auto"/>
      </w:pPr>
      <w:r>
        <w:rPr>
          <w:rFonts w:ascii="Verdana" w:hAnsi="Verdana" w:eastAsia="Verdana"/>
          <w:b w:val="0"/>
          <w:sz w:val="16"/>
        </w:rPr>
      </w:r>
    </w:p>
    <w:p>
      <w:pPr>
        <w:pageBreakBefore/>
      </w:pPr>
      <w:r>
        <w:rPr>
          <w:rFonts w:ascii="Verdana" w:hAnsi="Verdana" w:eastAsia="Verdana"/>
          <w:b/>
          <w:color w:val="1F4E79"/>
          <w:sz w:val="34"/>
        </w:rPr>
        <w:t>La domanda a una persona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072"/>
      </w:tblGrid>
      <w:tr>
        <w:trPr>
          <w:cantSplit/>
        </w:trPr>
        <w:tc>
          <w:tcPr>
            <w:tcW w:type="dxa" w:w="9072"/>
            <w:tcBorders>
              <w:top w:val="single" w:sz="12" w:color="1F4E79"/>
              <w:left w:val="single" w:sz="12" w:color="1F4E79"/>
              <w:bottom w:val="single" w:sz="24" w:color="1F4E79"/>
              <w:right w:val="single" w:sz="12" w:color="1F4E79"/>
            </w:tcBorders>
            <w:tcMar>
              <w:top w:w="200" w:type="dxa"/>
              <w:left w:w="200" w:type="dxa"/>
              <w:bottom w:w="200" w:type="dxa"/>
              <w:right w:w="200" w:type="dxa"/>
            </w:tcMar>
          </w:tcPr>
          <w:p>
            <w:r>
              <w:rPr>
                <w:rFonts w:ascii="Segoe UI Symbol" w:hAnsi="Segoe UI Symbol" w:eastAsia="Segoe UI Symbol"/>
                <w:b/>
                <w:color w:val="1F4E79"/>
                <w:sz w:val="30"/>
              </w:rPr>
              <w:t xml:space="preserve">☐ </w:t>
            </w:r>
            <w:r>
              <w:rPr>
                <w:rFonts w:ascii="Verdana" w:hAnsi="Verdana" w:eastAsia="Verdana"/>
                <w:b/>
                <w:color w:val="1F4E79"/>
                <w:sz w:val="30"/>
              </w:rPr>
              <w:t>1. A chi fai la domanda?</w:t>
            </w:r>
          </w:p>
          <w:p>
            <w:r>
              <w:rPr>
                <w:rFonts w:ascii="Segoe UI Symbol" w:hAnsi="Segoe UI Symbol" w:eastAsia="Segoe UI Symbol"/>
                <w:b w:val="0"/>
                <w:sz w:val="28"/>
              </w:rPr>
              <w:t xml:space="preserve">☐ </w:t>
            </w:r>
            <w:r>
              <w:rPr>
                <w:rFonts w:ascii="Verdana" w:hAnsi="Verdana" w:eastAsia="Verdana"/>
                <w:b w:val="0"/>
                <w:sz w:val="28"/>
              </w:rPr>
              <w:t>All'insegnante di ______________</w:t>
            </w:r>
          </w:p>
          <w:p>
            <w:r>
              <w:rPr>
                <w:rFonts w:ascii="Segoe UI Symbol" w:hAnsi="Segoe UI Symbol" w:eastAsia="Segoe UI Symbol"/>
                <w:b w:val="0"/>
                <w:sz w:val="28"/>
              </w:rPr>
              <w:t xml:space="preserve">☐ </w:t>
            </w:r>
            <w:r>
              <w:rPr>
                <w:rFonts w:ascii="Verdana" w:hAnsi="Verdana" w:eastAsia="Verdana"/>
                <w:b w:val="0"/>
                <w:sz w:val="28"/>
              </w:rPr>
              <w:t>All'insegnante di sostegno</w:t>
            </w:r>
          </w:p>
          <w:p>
            <w:r>
              <w:rPr>
                <w:rFonts w:ascii="Segoe UI Symbol" w:hAnsi="Segoe UI Symbol" w:eastAsia="Segoe UI Symbol"/>
                <w:b w:val="0"/>
                <w:sz w:val="28"/>
              </w:rPr>
              <w:t xml:space="preserve">☐ </w:t>
            </w:r>
            <w:r>
              <w:rPr>
                <w:rFonts w:ascii="Verdana" w:hAnsi="Verdana" w:eastAsia="Verdana"/>
                <w:b w:val="0"/>
                <w:sz w:val="28"/>
              </w:rPr>
              <w:t>A ______________</w:t>
            </w:r>
          </w:p>
          <w:p>
            <w:r>
              <w:rPr>
                <w:rFonts w:ascii="Segoe UI Symbol" w:hAnsi="Segoe UI Symbol" w:eastAsia="Segoe UI Symbol"/>
                <w:b w:val="0"/>
                <w:sz w:val="28"/>
              </w:rPr>
              <w:t xml:space="preserve">☐ </w:t>
            </w:r>
            <w:r>
              <w:rPr>
                <w:rFonts w:ascii="Verdana" w:hAnsi="Verdana" w:eastAsia="Verdana"/>
                <w:b w:val="0"/>
                <w:sz w:val="28"/>
              </w:rPr>
              <w:t>A un compagno o a una compagna: ______________</w:t>
            </w:r>
          </w:p>
        </w:tc>
      </w:tr>
    </w:tbl>
    <w:p>
      <w:pPr>
        <w:spacing w:after="0" w:line="240" w:lineRule="auto"/>
      </w:pPr>
      <w:r>
        <w:rPr>
          <w:rFonts w:ascii="Verdana" w:hAnsi="Verdana" w:eastAsia="Verdana"/>
          <w:b w:val="0"/>
          <w:sz w:val="16"/>
        </w:rPr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072"/>
      </w:tblGrid>
      <w:tr>
        <w:trPr>
          <w:cantSplit/>
        </w:trPr>
        <w:tc>
          <w:tcPr>
            <w:tcW w:type="dxa" w:w="9072"/>
            <w:tcBorders>
              <w:top w:val="single" w:sz="12" w:color="1F4E79"/>
              <w:left w:val="single" w:sz="12" w:color="1F4E79"/>
              <w:bottom w:val="single" w:sz="24" w:color="1F4E79"/>
              <w:right w:val="single" w:sz="12" w:color="1F4E79"/>
            </w:tcBorders>
            <w:tcMar>
              <w:top w:w="200" w:type="dxa"/>
              <w:left w:w="200" w:type="dxa"/>
              <w:bottom w:w="200" w:type="dxa"/>
              <w:right w:w="200" w:type="dxa"/>
            </w:tcMar>
          </w:tcPr>
          <w:p>
            <w:r>
              <w:rPr>
                <w:rFonts w:ascii="Segoe UI Symbol" w:hAnsi="Segoe UI Symbol" w:eastAsia="Segoe UI Symbol"/>
                <w:b/>
                <w:color w:val="1F4E79"/>
                <w:sz w:val="30"/>
              </w:rPr>
              <w:t xml:space="preserve">☐ </w:t>
            </w:r>
            <w:r>
              <w:rPr>
                <w:rFonts w:ascii="Verdana" w:hAnsi="Verdana" w:eastAsia="Verdana"/>
                <w:b/>
                <w:color w:val="1F4E79"/>
                <w:sz w:val="30"/>
              </w:rPr>
              <w:t>2. Come cominci</w:t>
            </w:r>
          </w:p>
          <w:p>
            <w:r>
              <w:rPr>
                <w:rFonts w:ascii="Verdana" w:hAnsi="Verdana" w:eastAsia="Verdana"/>
                <w:b w:val="0"/>
                <w:sz w:val="28"/>
              </w:rPr>
              <w:t>Con un insegnante puoi dire:</w:t>
            </w:r>
          </w:p>
          <w:p>
            <w:pPr>
              <w:ind w:left="340"/>
            </w:pPr>
            <w:r>
              <w:rPr>
                <w:rFonts w:ascii="Verdana" w:hAnsi="Verdana" w:eastAsia="Verdana"/>
                <w:b/>
                <w:sz w:val="30"/>
              </w:rPr>
              <w:t>«Scusi, ho una domanda sui miei appunti.»</w:t>
            </w:r>
          </w:p>
          <w:p>
            <w:r>
              <w:rPr>
                <w:rFonts w:ascii="Verdana" w:hAnsi="Verdana" w:eastAsia="Verdana"/>
                <w:b w:val="0"/>
                <w:sz w:val="28"/>
              </w:rPr>
              <w:t>Con un compagno puoi dire:</w:t>
            </w:r>
          </w:p>
          <w:p>
            <w:pPr>
              <w:ind w:left="340"/>
            </w:pPr>
            <w:r>
              <w:rPr>
                <w:rFonts w:ascii="Verdana" w:hAnsi="Verdana" w:eastAsia="Verdana"/>
                <w:b/>
                <w:sz w:val="30"/>
              </w:rPr>
              <w:t>«Scusa, posso chiederti una cosa sugli appunti?»</w:t>
            </w:r>
          </w:p>
        </w:tc>
      </w:tr>
    </w:tbl>
    <w:p>
      <w:pPr>
        <w:spacing w:after="0" w:line="240" w:lineRule="auto"/>
      </w:pPr>
      <w:r>
        <w:rPr>
          <w:rFonts w:ascii="Verdana" w:hAnsi="Verdana" w:eastAsia="Verdana"/>
          <w:b w:val="0"/>
          <w:sz w:val="16"/>
        </w:rPr>
      </w:r>
    </w:p>
    <w:p>
      <w:pPr>
        <w:pageBreakBefore/>
      </w:pPr>
      <w:r>
        <w:rPr>
          <w:rFonts w:ascii="Verdana" w:hAnsi="Verdana" w:eastAsia="Verdana"/>
          <w:b/>
          <w:color w:val="1F4E79"/>
          <w:sz w:val="34"/>
        </w:rPr>
        <w:t>La domanda a una persona: com'è andata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072"/>
      </w:tblGrid>
      <w:tr>
        <w:trPr>
          <w:cantSplit/>
        </w:trPr>
        <w:tc>
          <w:tcPr>
            <w:tcW w:type="dxa" w:w="9072"/>
            <w:tcBorders>
              <w:top w:val="single" w:sz="12" w:color="1F4E79"/>
              <w:left w:val="single" w:sz="12" w:color="1F4E79"/>
              <w:bottom w:val="single" w:sz="24" w:color="1F4E79"/>
              <w:right w:val="single" w:sz="12" w:color="1F4E79"/>
            </w:tcBorders>
            <w:tcMar>
              <w:top w:w="200" w:type="dxa"/>
              <w:left w:w="200" w:type="dxa"/>
              <w:bottom w:w="200" w:type="dxa"/>
              <w:right w:w="200" w:type="dxa"/>
            </w:tcMar>
          </w:tcPr>
          <w:p>
            <w:r>
              <w:rPr>
                <w:rFonts w:ascii="Segoe UI Symbol" w:hAnsi="Segoe UI Symbol" w:eastAsia="Segoe UI Symbol"/>
                <w:b/>
                <w:color w:val="1F4E79"/>
                <w:sz w:val="30"/>
              </w:rPr>
              <w:t xml:space="preserve">☐ </w:t>
            </w:r>
            <w:r>
              <w:rPr>
                <w:rFonts w:ascii="Verdana" w:hAnsi="Verdana" w:eastAsia="Verdana"/>
                <w:b/>
                <w:color w:val="1F4E79"/>
                <w:sz w:val="30"/>
              </w:rPr>
              <w:t>3. Com'è andata?</w:t>
            </w:r>
          </w:p>
          <w:p>
            <w:r>
              <w:rPr>
                <w:rFonts w:ascii="Segoe UI Symbol" w:hAnsi="Segoe UI Symbol" w:eastAsia="Segoe UI Symbol"/>
                <w:b w:val="0"/>
                <w:sz w:val="28"/>
              </w:rPr>
              <w:t xml:space="preserve">☐ </w:t>
            </w:r>
            <w:r>
              <w:rPr>
                <w:rFonts w:ascii="Verdana" w:hAnsi="Verdana" w:eastAsia="Verdana"/>
                <w:b w:val="0"/>
                <w:sz w:val="28"/>
              </w:rPr>
              <w:t>Ho fatto la domanda. La risposta è:</w:t>
            </w:r>
          </w:p>
          <w:p>
            <w:r>
              <w:rPr>
                <w:rFonts w:ascii="Verdana" w:hAnsi="Verdana" w:eastAsia="Verdana"/>
                <w:b w:val="0"/>
                <w:sz w:val="28"/>
              </w:rPr>
              <w:t>______________________________________</w:t>
            </w:r>
          </w:p>
          <w:p>
            <w:r>
              <w:rPr>
                <w:rFonts w:ascii="Segoe UI Symbol" w:hAnsi="Segoe UI Symbol" w:eastAsia="Segoe UI Symbol"/>
                <w:b w:val="0"/>
                <w:sz w:val="28"/>
              </w:rPr>
              <w:t xml:space="preserve">☐ </w:t>
            </w:r>
            <w:r>
              <w:rPr>
                <w:rFonts w:ascii="Verdana" w:hAnsi="Verdana" w:eastAsia="Verdana"/>
                <w:b w:val="0"/>
                <w:sz w:val="28"/>
              </w:rPr>
              <w:t>Non l'ho ancora fatta. La faccio il giorno: ____________</w:t>
            </w:r>
          </w:p>
        </w:tc>
      </w:tr>
    </w:tbl>
    <w:p>
      <w:pPr>
        <w:spacing w:after="0" w:line="240" w:lineRule="auto"/>
      </w:pPr>
      <w:r>
        <w:rPr>
          <w:rFonts w:ascii="Verdana" w:hAnsi="Verdana" w:eastAsia="Verdana"/>
          <w:b w:val="0"/>
          <w:sz w:val="16"/>
        </w:rPr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072"/>
      </w:tblGrid>
      <w:tr>
        <w:trPr>
          <w:cantSplit/>
        </w:trPr>
        <w:tc>
          <w:tcPr>
            <w:tcW w:type="dxa" w:w="9072"/>
            <w:tcBorders>
              <w:top w:val="single" w:sz="12" w:color="1F4E79"/>
              <w:left w:val="single" w:sz="12" w:color="1F4E79"/>
              <w:bottom w:val="single" w:sz="24" w:color="1F4E79"/>
              <w:right w:val="single" w:sz="12" w:color="1F4E79"/>
            </w:tcBorders>
            <w:tcMar>
              <w:top w:w="200" w:type="dxa"/>
              <w:left w:w="200" w:type="dxa"/>
              <w:bottom w:w="200" w:type="dxa"/>
              <w:right w:w="200" w:type="dxa"/>
            </w:tcMar>
            <w:shd w:val="clear" w:color="auto" w:fill="F3F6FA"/>
          </w:tcPr>
          <w:p>
            <w:r>
              <w:rPr>
                <w:rFonts w:ascii="Verdana" w:hAnsi="Verdana" w:eastAsia="Verdana"/>
                <w:b/>
                <w:color w:val="1F4E79"/>
                <w:sz w:val="30"/>
              </w:rPr>
              <w:t>Fine</w:t>
            </w:r>
          </w:p>
          <w:p>
            <w:r>
              <w:rPr>
                <w:rFonts w:ascii="Verdana" w:hAnsi="Verdana" w:eastAsia="Verdana"/>
                <w:b w:val="0"/>
                <w:sz w:val="28"/>
              </w:rPr>
              <w:t>Oggi ho fatto ____ domande al chatbot.</w:t>
            </w:r>
          </w:p>
          <w:p>
            <w:r>
              <w:rPr>
                <w:rFonts w:ascii="Verdana" w:hAnsi="Verdana" w:eastAsia="Verdana"/>
                <w:b w:val="0"/>
                <w:sz w:val="28"/>
              </w:rPr>
              <w:t>Oggi ho fatto ____ domande a una persona.</w:t>
            </w:r>
          </w:p>
          <w:p>
            <w:r>
              <w:rPr>
                <w:rFonts w:ascii="Segoe UI Symbol" w:hAnsi="Segoe UI Symbol" w:eastAsia="Segoe UI Symbol"/>
                <w:b w:val="0"/>
                <w:sz w:val="28"/>
              </w:rPr>
              <w:t xml:space="preserve">☐ </w:t>
            </w:r>
            <w:r>
              <w:rPr>
                <w:rFonts w:ascii="Verdana" w:hAnsi="Verdana" w:eastAsia="Verdana"/>
                <w:b w:val="0"/>
                <w:sz w:val="28"/>
              </w:rPr>
              <w:t>Consegno la scheda all'insegnante.</w:t>
            </w:r>
          </w:p>
        </w:tc>
      </w:tr>
    </w:tbl>
    <w:p>
      <w:pPr>
        <w:spacing w:after="0" w:line="240" w:lineRule="auto"/>
      </w:pPr>
      <w:r>
        <w:rPr>
          <w:rFonts w:ascii="Verdana" w:hAnsi="Verdana" w:eastAsia="Verdana"/>
          <w:b w:val="0"/>
          <w:sz w:val="16"/>
        </w:rPr>
      </w:r>
    </w:p>
    <w:p>
      <w:pPr>
        <w:pageBreakBefore/>
      </w:pPr>
      <w:r>
        <w:rPr>
          <w:rFonts w:ascii="Verdana" w:hAnsi="Verdana" w:eastAsia="Verdana"/>
          <w:b/>
          <w:color w:val="1F4E79"/>
          <w:sz w:val="34"/>
        </w:rPr>
        <w:t>I cartoncini con le frasi</w:t>
      </w:r>
    </w:p>
    <w:p>
      <w:r>
        <w:rPr>
          <w:rFonts w:ascii="Verdana" w:hAnsi="Verdana" w:eastAsia="Verdana"/>
          <w:b w:val="0"/>
          <w:sz w:val="28"/>
        </w:rPr>
        <w:t>Ritaglia i cartoncini. Tienili vicino al dispositivo.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36"/>
        <w:gridCol w:w="4536"/>
      </w:tblGrid>
      <w:tr>
        <w:trPr>
          <w:trHeight w:val="3515"/>
        </w:trPr>
        <w:tc>
          <w:tcPr>
            <w:tcW w:type="dxa" w:w="4535"/>
            <w:tcBorders>
              <w:top w:val="dashed" w:sz="12" w:color="555555"/>
              <w:left w:val="dashed" w:sz="12" w:color="555555"/>
              <w:bottom w:val="dashed" w:sz="12" w:color="555555"/>
              <w:right w:val="dashed" w:sz="12" w:color="555555"/>
            </w:tcBorders>
            <w:tcMar>
              <w:top w:w="200" w:type="dxa"/>
              <w:left w:w="200" w:type="dxa"/>
              <w:bottom w:w="200" w:type="dxa"/>
              <w:right w:w="200" w:type="dxa"/>
            </w:tcMar>
          </w:tcPr>
          <w:p>
            <w:r>
              <w:rPr>
                <w:rFonts w:ascii="Verdana" w:hAnsi="Verdana" w:eastAsia="Verdana"/>
                <w:b/>
                <w:color w:val="1F4E79"/>
                <w:sz w:val="22"/>
              </w:rPr>
              <w:t>Mossa 1</w:t>
            </w:r>
          </w:p>
          <w:p>
            <w:pPr>
              <w:spacing w:after="360"/>
            </w:pPr>
            <w:r>
              <w:rPr>
                <w:rFonts w:ascii="Verdana" w:hAnsi="Verdana" w:eastAsia="Verdana"/>
                <w:b/>
                <w:sz w:val="32"/>
              </w:rPr>
              <w:t>Metti in ordine questi appunti.</w:t>
            </w:r>
          </w:p>
        </w:tc>
        <w:tc>
          <w:tcPr>
            <w:tcW w:type="dxa" w:w="4535"/>
            <w:tcBorders>
              <w:top w:val="dashed" w:sz="12" w:color="555555"/>
              <w:left w:val="dashed" w:sz="12" w:color="555555"/>
              <w:bottom w:val="dashed" w:sz="12" w:color="555555"/>
              <w:right w:val="dashed" w:sz="12" w:color="555555"/>
            </w:tcBorders>
            <w:tcMar>
              <w:top w:w="200" w:type="dxa"/>
              <w:left w:w="200" w:type="dxa"/>
              <w:bottom w:w="200" w:type="dxa"/>
              <w:right w:w="200" w:type="dxa"/>
            </w:tcMar>
          </w:tcPr>
          <w:p>
            <w:r>
              <w:rPr>
                <w:rFonts w:ascii="Verdana" w:hAnsi="Verdana" w:eastAsia="Verdana"/>
                <w:b/>
                <w:color w:val="1F4E79"/>
                <w:sz w:val="22"/>
              </w:rPr>
              <w:t>Mossa 2</w:t>
            </w:r>
          </w:p>
          <w:p>
            <w:pPr>
              <w:spacing w:after="360"/>
            </w:pPr>
            <w:r>
              <w:rPr>
                <w:rFonts w:ascii="Verdana" w:hAnsi="Verdana" w:eastAsia="Verdana"/>
                <w:b/>
                <w:sz w:val="32"/>
              </w:rPr>
              <w:t>Non capisco la parola ______. Spiegamela con parole semplici.</w:t>
            </w:r>
          </w:p>
        </w:tc>
      </w:tr>
      <w:tr>
        <w:trPr>
          <w:trHeight w:val="3515"/>
        </w:trPr>
        <w:tc>
          <w:tcPr>
            <w:tcW w:type="dxa" w:w="4535"/>
            <w:tcBorders>
              <w:top w:val="dashed" w:sz="12" w:color="555555"/>
              <w:left w:val="dashed" w:sz="12" w:color="555555"/>
              <w:bottom w:val="dashed" w:sz="12" w:color="555555"/>
              <w:right w:val="dashed" w:sz="12" w:color="555555"/>
            </w:tcBorders>
            <w:tcMar>
              <w:top w:w="200" w:type="dxa"/>
              <w:left w:w="200" w:type="dxa"/>
              <w:bottom w:w="200" w:type="dxa"/>
              <w:right w:w="200" w:type="dxa"/>
            </w:tcMar>
          </w:tcPr>
          <w:p>
            <w:r>
              <w:rPr>
                <w:rFonts w:ascii="Verdana" w:hAnsi="Verdana" w:eastAsia="Verdana"/>
                <w:b/>
                <w:color w:val="1F4E79"/>
                <w:sz w:val="22"/>
              </w:rPr>
              <w:t>Mossa 2</w:t>
            </w:r>
          </w:p>
          <w:p>
            <w:pPr>
              <w:spacing w:after="360"/>
            </w:pPr>
            <w:r>
              <w:rPr>
                <w:rFonts w:ascii="Verdana" w:hAnsi="Verdana" w:eastAsia="Verdana"/>
                <w:b/>
                <w:sz w:val="32"/>
              </w:rPr>
              <w:t>Non ho ancora capito. Fammi un esempio.</w:t>
            </w:r>
          </w:p>
        </w:tc>
        <w:tc>
          <w:tcPr>
            <w:tcW w:type="dxa" w:w="4535"/>
            <w:tcBorders>
              <w:top w:val="dashed" w:sz="12" w:color="555555"/>
              <w:left w:val="dashed" w:sz="12" w:color="555555"/>
              <w:bottom w:val="dashed" w:sz="12" w:color="555555"/>
              <w:right w:val="dashed" w:sz="12" w:color="555555"/>
            </w:tcBorders>
            <w:tcMar>
              <w:top w:w="200" w:type="dxa"/>
              <w:left w:w="200" w:type="dxa"/>
              <w:bottom w:w="200" w:type="dxa"/>
              <w:right w:w="200" w:type="dxa"/>
            </w:tcMar>
          </w:tcPr>
          <w:p>
            <w:r>
              <w:rPr>
                <w:rFonts w:ascii="Verdana" w:hAnsi="Verdana" w:eastAsia="Verdana"/>
                <w:b/>
                <w:color w:val="1F4E79"/>
                <w:sz w:val="22"/>
              </w:rPr>
              <w:t>Mossa 3</w:t>
            </w:r>
          </w:p>
          <w:p>
            <w:pPr>
              <w:spacing w:after="360"/>
            </w:pPr>
            <w:r>
              <w:rPr>
                <w:rFonts w:ascii="Verdana" w:hAnsi="Verdana" w:eastAsia="Verdana"/>
                <w:b/>
                <w:sz w:val="32"/>
              </w:rPr>
              <w:t>Cosa manca in questi appunti? Scrivimi 3 domande.</w:t>
            </w:r>
          </w:p>
        </w:tc>
      </w:tr>
      <w:tr>
        <w:trPr>
          <w:trHeight w:val="3515"/>
        </w:trPr>
        <w:tc>
          <w:tcPr>
            <w:tcW w:type="dxa" w:w="4535"/>
            <w:tcBorders>
              <w:top w:val="dashed" w:sz="12" w:color="555555"/>
              <w:left w:val="dashed" w:sz="12" w:color="555555"/>
              <w:bottom w:val="dashed" w:sz="12" w:color="555555"/>
              <w:right w:val="dashed" w:sz="12" w:color="555555"/>
            </w:tcBorders>
            <w:tcMar>
              <w:top w:w="200" w:type="dxa"/>
              <w:left w:w="200" w:type="dxa"/>
              <w:bottom w:w="200" w:type="dxa"/>
              <w:right w:w="200" w:type="dxa"/>
            </w:tcMar>
          </w:tcPr>
          <w:p>
            <w:r>
              <w:rPr>
                <w:rFonts w:ascii="Verdana" w:hAnsi="Verdana" w:eastAsia="Verdana"/>
                <w:b/>
                <w:color w:val="1F4E79"/>
                <w:sz w:val="22"/>
              </w:rPr>
              <w:t>A una persona</w:t>
            </w:r>
          </w:p>
          <w:p>
            <w:pPr>
              <w:spacing w:after="360"/>
            </w:pPr>
            <w:r>
              <w:rPr>
                <w:rFonts w:ascii="Verdana" w:hAnsi="Verdana" w:eastAsia="Verdana"/>
                <w:b/>
                <w:sz w:val="32"/>
              </w:rPr>
              <w:t>Scusi, ho una domanda sui miei appunti.</w:t>
            </w:r>
          </w:p>
        </w:tc>
        <w:tc>
          <w:tcPr>
            <w:tcW w:type="dxa" w:w="4535"/>
            <w:tcBorders>
              <w:top w:val="dashed" w:sz="12" w:color="555555"/>
              <w:left w:val="dashed" w:sz="12" w:color="555555"/>
              <w:bottom w:val="dashed" w:sz="12" w:color="555555"/>
              <w:right w:val="dashed" w:sz="12" w:color="555555"/>
            </w:tcBorders>
            <w:tcMar>
              <w:top w:w="200" w:type="dxa"/>
              <w:left w:w="200" w:type="dxa"/>
              <w:bottom w:w="200" w:type="dxa"/>
              <w:right w:w="200" w:type="dxa"/>
            </w:tcMar>
          </w:tcPr>
          <w:p>
            <w:r>
              <w:rPr>
                <w:rFonts w:ascii="Verdana" w:hAnsi="Verdana" w:eastAsia="Verdana"/>
                <w:b/>
                <w:color w:val="1F4E79"/>
                <w:sz w:val="22"/>
              </w:rPr>
              <w:t>A una persona</w:t>
            </w:r>
          </w:p>
          <w:p>
            <w:pPr>
              <w:spacing w:after="360"/>
            </w:pPr>
            <w:r>
              <w:rPr>
                <w:rFonts w:ascii="Verdana" w:hAnsi="Verdana" w:eastAsia="Verdana"/>
                <w:b/>
                <w:sz w:val="32"/>
              </w:rPr>
              <w:t>Ho finito. Può controllare?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Verdana" w:hAnsi="Verdana" w:eastAsia="Verdana"/>
        <w:b w:val="0"/>
        <w:color w:val="555555"/>
        <w:sz w:val="20"/>
      </w:rPr>
      <w:t xml:space="preserve">Pagina </w:t>
    </w:r>
    <w:r>
      <w:rPr>
        <w:rFonts w:ascii="Verdana" w:hAnsi="Verdana"/>
        <w:color w:val="555555"/>
        <w:sz w:val="20"/>
      </w:rPr>
      <w:fldChar w:fldCharType="begin"/>
      <w:instrText xml:space="preserve">PAGE</w:instrText>
      <w:fldChar w:fldCharType="separate"/>
      <w:t>1</w:t>
      <w:fldChar w:fldCharType="end"/>
    </w:r>
    <w:r>
      <w:rPr>
        <w:rFonts w:ascii="Verdana" w:hAnsi="Verdana" w:eastAsia="Verdana"/>
        <w:b w:val="0"/>
        <w:color w:val="555555"/>
        <w:sz w:val="20"/>
      </w:rPr>
      <w:t xml:space="preserve"> di </w:t>
    </w:r>
    <w:r>
      <w:rPr>
        <w:rFonts w:ascii="Verdana" w:hAnsi="Verdana"/>
        <w:color w:val="555555"/>
        <w:sz w:val="20"/>
      </w:rPr>
      <w:fldChar w:fldCharType="begin"/>
      <w:instrText xml:space="preserve">NUMPAGES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Verdana" w:hAnsi="Verdana" w:eastAsia="Verdana"/>
        <w:b w:val="0"/>
        <w:color w:val="555555"/>
        <w:sz w:val="20"/>
      </w:rPr>
      <w:t>Nome: ______________________     Data: ____________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after="80"/>
    </w:pPr>
    <w:rPr>
      <w:rFonts w:ascii="Verdana" w:hAnsi="Verdana" w:eastAsia="Verdana"/>
      <w:sz w:val="28"/>
      <w:lang w:val="it-IT" w:eastAsia="it-IT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Verdana" w:hAnsi="Verdana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Imparo a chiedere. Scheda guidata</dc:title>
  <dc:subject/>
  <dc:creator>Ivan Ferrero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it-IT</dc:language>
</cp:coreProperties>
</file>