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4E79"/>
          <w:sz w:val="48"/>
        </w:rPr>
        <w:t>La mia zona sul piano cartesiano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Matematica · Grafici e piano cartesiano</w:t>
      </w:r>
    </w:p>
    <w:p>
      <w:pPr>
        <w:spacing w:after="120"/>
      </w:pPr>
      <w:r>
        <w:rPr>
          <w:b w:val="0"/>
          <w:i w:val="0"/>
          <w:sz w:val="28"/>
        </w:rPr>
        <w:t>Oggi uso Google Maps sul computer.</w:t>
      </w:r>
    </w:p>
    <w:p>
      <w:pPr>
        <w:spacing w:after="120"/>
      </w:pPr>
      <w:r>
        <w:rPr>
          <w:b w:val="0"/>
          <w:i w:val="0"/>
          <w:sz w:val="28"/>
        </w:rPr>
        <w:t>La mappa della zona della scuola diventa un piano cartesiano.</w:t>
      </w:r>
    </w:p>
    <w:p>
      <w:pPr>
        <w:spacing w:after="280"/>
      </w:pPr>
      <w:r>
        <w:rPr>
          <w:b w:val="0"/>
          <w:i w:val="0"/>
          <w:sz w:val="28"/>
        </w:rPr>
        <w:t>Lavoro dal mio banco.</w:t>
      </w:r>
    </w:p>
    <w:p>
      <w:pPr>
        <w:spacing w:after="120"/>
      </w:pPr>
      <w:r>
        <w:rPr>
          <w:b/>
          <w:i w:val="0"/>
          <w:color w:val="1F4E79"/>
          <w:sz w:val="32"/>
        </w:rPr>
        <w:t>Cosa faccio oggi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 w:val="0"/>
          <w:sz w:val="28"/>
        </w:rPr>
        <w:t>Guardo come funziona il piano cartesiano (pagina 2).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/>
          <w:sz w:val="28"/>
        </w:rPr>
        <w:t xml:space="preserve">Missione 1: </w:t>
      </w:r>
      <w:r>
        <w:rPr>
          <w:b w:val="0"/>
          <w:sz w:val="28"/>
        </w:rPr>
        <w:t>trovo i posti su Google Maps (pagina 3).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Missione 2: </w:t>
      </w:r>
      <w:r>
        <w:rPr>
          <w:b w:val="0"/>
          <w:sz w:val="28"/>
        </w:rPr>
        <w:t>leggo i punti sulla mappa (pagine 4, 5 e 6).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/>
          <w:sz w:val="28"/>
        </w:rPr>
        <w:t xml:space="preserve">Missione 3: </w:t>
      </w:r>
      <w:r>
        <w:rPr>
          <w:b w:val="0"/>
          <w:sz w:val="28"/>
        </w:rPr>
        <w:t>faccio il grafico del viaggio (pagine 7 e 8).</w:t>
      </w:r>
    </w:p>
    <w:p>
      <w:pPr>
        <w:spacing w:after="120"/>
      </w:pPr>
      <w:r>
        <w:rPr>
          <w:b/>
          <w:sz w:val="28"/>
        </w:rPr>
        <w:t xml:space="preserve">☐  5.  </w:t>
      </w:r>
      <w:r>
        <w:rPr>
          <w:b w:val="0"/>
          <w:sz w:val="28"/>
        </w:rPr>
        <w:t>Alla fine dico: «Ho finito».</w:t>
      </w:r>
    </w:p>
    <w:p>
      <w:pPr>
        <w:spacing w:after="20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FFF6D6"/>
          </w:tcPr>
          <w:p>
            <w:pPr>
              <w:spacing w:after="80"/>
            </w:pPr>
            <w:r/>
            <w:r>
              <w:rPr>
                <w:b/>
                <w:sz w:val="28"/>
              </w:rPr>
              <w:t xml:space="preserve">Ricorda. </w:t>
            </w:r>
            <w:r>
              <w:rPr>
                <w:b w:val="0"/>
                <w:sz w:val="28"/>
              </w:rPr>
              <w:t>Gli errori servono per imparare. Se sbaglio, riprovo.</w:t>
            </w:r>
          </w:p>
          <w:p>
            <w:pPr>
              <w:spacing w:after="80"/>
            </w:pPr>
            <w:r>
              <w:rPr>
                <w:b/>
                <w:sz w:val="28"/>
              </w:rPr>
              <w:t xml:space="preserve">Strumenti: </w:t>
            </w:r>
            <w:r>
              <w:rPr>
                <w:b w:val="0"/>
                <w:sz w:val="28"/>
              </w:rPr>
              <w:t>computer, matita, colori, calcolatrice.</w:t>
            </w:r>
          </w:p>
        </w:tc>
      </w:tr>
    </w:tbl>
    <w:p>
      <w:pPr>
        <w:spacing w:after="80"/>
      </w:pP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8"/>
        </w:rPr>
        <w:t>Il piano cartesiano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Tre parole da sapere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2551"/>
        <w:gridCol w:w="6804"/>
      </w:tblGrid>
      <w:tr>
        <w:tc>
          <w:tcPr>
            <w:tcW w:type="dxa" w:w="2551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Parola</w:t>
            </w:r>
          </w:p>
        </w:tc>
        <w:tc>
          <w:tcPr>
            <w:tcW w:type="dxa" w:w="6803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Che cosa vuol dire</w:t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/>
                <w:sz w:val="28"/>
              </w:rPr>
              <w:t>asse x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8"/>
              </w:rPr>
              <w:t>la linea che va a destra  →</w:t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/>
                <w:sz w:val="28"/>
              </w:rPr>
              <w:t>asse y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8"/>
              </w:rPr>
              <w:t>la linea che va in su  ↑</w:t>
            </w:r>
          </w:p>
        </w:tc>
      </w:tr>
      <w:tr>
        <w:trPr>
          <w:trHeight w:val="680"/>
        </w:trPr>
        <w:tc>
          <w:tcPr>
            <w:tcW w:type="dxa" w:w="2551"/>
          </w:tcPr>
          <w:p>
            <w:r/>
            <w:r>
              <w:rPr>
                <w:b/>
                <w:sz w:val="28"/>
              </w:rPr>
              <w:t>origine (0;0)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8"/>
              </w:rPr>
              <w:t>il punto di partenza. Sulla mia mappa è la SCUOLA.</w:t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i w:val="0"/>
          <w:color w:val="1F4E79"/>
          <w:sz w:val="32"/>
        </w:rPr>
        <w:t>Come trovo un punto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 w:val="0"/>
          <w:sz w:val="28"/>
        </w:rPr>
        <w:t>Parto dall'origine (0;0).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 w:val="0"/>
          <w:sz w:val="28"/>
        </w:rPr>
        <w:t>Vado a destra e conto i quadretti: è la x.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 w:val="0"/>
          <w:sz w:val="28"/>
        </w:rPr>
        <w:t>Poi vado su e conto i quadretti: è la y.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 w:val="0"/>
          <w:sz w:val="28"/>
        </w:rPr>
        <w:t>Scrivo il punto così: (x;y).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26939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empio_pian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9393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EAF1F8"/>
          </w:tcPr>
          <w:p>
            <w:pPr>
              <w:spacing w:after="80"/>
            </w:pPr>
            <w:r/>
            <w:r>
              <w:rPr>
                <w:b/>
                <w:sz w:val="28"/>
              </w:rPr>
              <w:t xml:space="preserve">Prima la x, poi la y. </w:t>
            </w:r>
            <w:r>
              <w:rPr>
                <w:b w:val="0"/>
                <w:sz w:val="28"/>
              </w:rPr>
              <w:t>Prima a destra, poi su.</w:t>
            </w:r>
          </w:p>
        </w:tc>
      </w:tr>
    </w:tbl>
    <w:p>
      <w:pPr>
        <w:spacing w:after="80"/>
      </w:pP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8"/>
        </w:rPr>
        <w:t>Missione 1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Trovo i posti su Google Maps</w:t>
      </w:r>
    </w:p>
    <w:p>
      <w:pPr>
        <w:spacing w:after="200"/>
      </w:pPr>
      <w:r>
        <w:rPr>
          <w:b w:val="0"/>
          <w:i w:val="0"/>
          <w:sz w:val="28"/>
        </w:rPr>
        <w:t>Uso il computer. Scrivo io, con la tastiera.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 w:val="0"/>
          <w:sz w:val="28"/>
        </w:rPr>
        <w:t>Apro Chrome. In alto scrivo: maps.google.com e premo Invio.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/>
          <w:sz w:val="28"/>
        </w:rPr>
        <w:t xml:space="preserve">Nella barra di ricerca scrivo: </w:t>
      </w:r>
      <w:r>
        <w:rPr>
          <w:b w:val="0"/>
          <w:sz w:val="28"/>
        </w:rPr>
        <w:t>via degli Ulivi 6 Milano. Premo Invio. Vedo la mia scuola.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Scrivo: </w:t>
      </w:r>
      <w:r>
        <w:rPr>
          <w:b w:val="0"/>
          <w:sz w:val="28"/>
        </w:rPr>
        <w:t>Bisceglie M1. Premo Invio. Vedo la fermata della metropolitana.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/>
          <w:sz w:val="28"/>
        </w:rPr>
        <w:t xml:space="preserve">Scrivo: </w:t>
      </w:r>
      <w:r>
        <w:rPr>
          <w:b w:val="0"/>
          <w:sz w:val="28"/>
        </w:rPr>
        <w:t>Parco delle Cave Milano. Premo Invio. Vedo il parco.</w:t>
      </w:r>
    </w:p>
    <w:p>
      <w:pPr>
        <w:spacing w:after="120"/>
      </w:pPr>
      <w:r>
        <w:rPr>
          <w:b/>
          <w:sz w:val="28"/>
        </w:rPr>
        <w:t xml:space="preserve">☐  5.  </w:t>
      </w:r>
      <w:r>
        <w:rPr>
          <w:b/>
          <w:sz w:val="28"/>
        </w:rPr>
        <w:t xml:space="preserve">Scrivo: </w:t>
      </w:r>
      <w:r>
        <w:rPr>
          <w:b w:val="0"/>
          <w:sz w:val="28"/>
        </w:rPr>
        <w:t>Ospedale San Carlo Milano. Premo Invio. Vedo l'ospedale.</w:t>
      </w:r>
    </w:p>
    <w:p>
      <w:pPr>
        <w:spacing w:after="160"/>
      </w:pPr>
    </w:p>
    <w:p>
      <w:pPr>
        <w:spacing w:after="120"/>
      </w:pPr>
      <w:r>
        <w:rPr>
          <w:b/>
          <w:i w:val="0"/>
          <w:color w:val="1F4E79"/>
          <w:sz w:val="32"/>
        </w:rPr>
        <w:t>Adesso guardo la mappa a pagina 4.</w:t>
      </w:r>
    </w:p>
    <w:p>
      <w:pPr>
        <w:spacing w:after="120"/>
      </w:pPr>
      <w:r>
        <w:rPr>
          <w:b w:val="0"/>
          <w:i w:val="0"/>
          <w:sz w:val="28"/>
        </w:rPr>
        <w:t>È la stessa zona di Google Maps?</w:t>
      </w:r>
    </w:p>
    <w:p>
      <w:pPr>
        <w:spacing w:after="200"/>
      </w:pPr>
      <w:r>
        <w:rPr>
          <w:b w:val="0"/>
          <w:i w:val="0"/>
          <w:sz w:val="28"/>
        </w:rPr>
        <w:t>☐  Sì          ☐  No</w:t>
      </w:r>
    </w:p>
    <w:p>
      <w:pPr>
        <w:spacing w:after="120"/>
      </w:pPr>
      <w:r>
        <w:rPr>
          <w:b w:val="0"/>
          <w:i w:val="0"/>
          <w:sz w:val="28"/>
        </w:rPr>
        <w:t>Su Google Maps la scuola è a sinistra o a destra di Bisceglie?</w:t>
      </w:r>
    </w:p>
    <w:p>
      <w:pPr>
        <w:spacing w:after="200"/>
      </w:pPr>
      <w:r>
        <w:rPr>
          <w:b w:val="0"/>
          <w:i w:val="0"/>
          <w:sz w:val="28"/>
        </w:rPr>
        <w:t>☐  A sinistra          ☐  A destra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FFF6D6"/>
          </w:tcPr>
          <w:p>
            <w:pPr>
              <w:spacing w:after="80"/>
            </w:pPr>
            <w:r/>
            <w:r>
              <w:rPr>
                <w:b/>
                <w:sz w:val="28"/>
              </w:rPr>
              <w:t xml:space="preserve">Aiuto. </w:t>
            </w:r>
            <w:r>
              <w:rPr>
                <w:b w:val="0"/>
                <w:sz w:val="28"/>
              </w:rPr>
              <w:t>Se non trovo un posto, lo dico all'insegnante: «Non lo trovo».</w:t>
            </w:r>
          </w:p>
        </w:tc>
      </w:tr>
    </w:tbl>
    <w:p>
      <w:pPr>
        <w:spacing w:after="80"/>
      </w:pPr>
    </w:p>
    <w:p>
      <w:pPr>
        <w:sectPr>
          <w:footerReference w:type="default" r:id="rId9"/>
          <w:pgSz w:w="11906" w:h="16838"/>
          <w:pgMar w:top="1247" w:right="1247" w:bottom="1247" w:left="1247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b/>
          <w:color w:val="1F4E79"/>
          <w:sz w:val="40"/>
        </w:rPr>
        <w:t>La mappa della mia zona</w:t>
      </w:r>
      <w:r>
        <w:rPr>
          <w:b w:val="0"/>
          <w:color w:val="404040"/>
          <w:sz w:val="26"/>
        </w:rPr>
        <w:t xml:space="preserve">     La scuola è il punto (0;0). Ogni quadretto è lungo 250 metri.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540000" cy="5676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pa_pian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40000" cy="5676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737" w:right="850" w:bottom="737" w:left="850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b/>
          <w:i w:val="0"/>
          <w:color w:val="1F4E79"/>
          <w:sz w:val="48"/>
        </w:rPr>
        <w:t>Missione 2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Leggo i punti sulla mappa di pagina 4</w:t>
      </w:r>
    </w:p>
    <w:p>
      <w:pPr>
        <w:spacing w:after="200"/>
      </w:pPr>
      <w:r>
        <w:rPr>
          <w:b w:val="0"/>
          <w:i w:val="0"/>
          <w:sz w:val="28"/>
        </w:rPr>
        <w:t>Le prime due righe sono già fatte. Guardo come sono fatte. Poi faccio io.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680"/>
        <w:gridCol w:w="3402"/>
        <w:gridCol w:w="1134"/>
        <w:gridCol w:w="1134"/>
        <w:gridCol w:w="2551"/>
      </w:tblGrid>
      <w:tr>
        <w:tc>
          <w:tcPr>
            <w:tcW w:type="dxa" w:w="680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</w:r>
          </w:p>
        </w:tc>
        <w:tc>
          <w:tcPr>
            <w:tcW w:type="dxa" w:w="3402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Posto</w:t>
            </w:r>
          </w:p>
        </w:tc>
        <w:tc>
          <w:tcPr>
            <w:tcW w:type="dxa" w:w="1134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x</w:t>
            </w:r>
          </w:p>
        </w:tc>
        <w:tc>
          <w:tcPr>
            <w:tcW w:type="dxa" w:w="1134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y</w:t>
            </w:r>
          </w:p>
        </w:tc>
        <w:tc>
          <w:tcPr>
            <w:tcW w:type="dxa" w:w="2551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Il punto</w:t>
            </w:r>
          </w:p>
        </w:tc>
      </w:tr>
      <w:tr>
        <w:trPr>
          <w:trHeight w:val="793"/>
        </w:trPr>
        <w:tc>
          <w:tcPr>
            <w:tcW w:type="dxa" w:w="680"/>
            <w:shd w:val="clear" w:color="auto" w:fill="EAF1F8"/>
          </w:tcPr>
          <w:p>
            <w:r/>
            <w:r>
              <w:rPr>
                <w:b/>
                <w:sz w:val="28"/>
              </w:rPr>
              <w:t>S</w:t>
            </w:r>
          </w:p>
        </w:tc>
        <w:tc>
          <w:tcPr>
            <w:tcW w:type="dxa" w:w="3402"/>
            <w:shd w:val="clear" w:color="auto" w:fill="EAF1F8"/>
          </w:tcPr>
          <w:p>
            <w:r/>
            <w:r>
              <w:rPr>
                <w:b w:val="0"/>
                <w:sz w:val="28"/>
              </w:rPr>
              <w:t>Scuola</w:t>
            </w:r>
          </w:p>
        </w:tc>
        <w:tc>
          <w:tcPr>
            <w:tcW w:type="dxa" w:w="1134"/>
            <w:shd w:val="clear" w:color="auto" w:fill="EAF1F8"/>
          </w:tcPr>
          <w:p>
            <w:r/>
            <w:r>
              <w:rPr>
                <w:b w:val="0"/>
                <w:sz w:val="28"/>
              </w:rPr>
              <w:t>0</w:t>
            </w:r>
          </w:p>
        </w:tc>
        <w:tc>
          <w:tcPr>
            <w:tcW w:type="dxa" w:w="1134"/>
            <w:shd w:val="clear" w:color="auto" w:fill="EAF1F8"/>
          </w:tcPr>
          <w:p>
            <w:r/>
            <w:r>
              <w:rPr>
                <w:b w:val="0"/>
                <w:sz w:val="28"/>
              </w:rPr>
              <w:t>0</w:t>
            </w:r>
          </w:p>
        </w:tc>
        <w:tc>
          <w:tcPr>
            <w:tcW w:type="dxa" w:w="2551"/>
            <w:shd w:val="clear" w:color="auto" w:fill="EAF1F8"/>
          </w:tcPr>
          <w:p>
            <w:r/>
            <w:r>
              <w:rPr>
                <w:b w:val="0"/>
                <w:sz w:val="28"/>
              </w:rPr>
              <w:t>(0;0)</w:t>
            </w:r>
          </w:p>
        </w:tc>
      </w:tr>
      <w:tr>
        <w:trPr>
          <w:trHeight w:val="793"/>
        </w:trPr>
        <w:tc>
          <w:tcPr>
            <w:tcW w:type="dxa" w:w="680"/>
            <w:shd w:val="clear" w:color="auto" w:fill="EAF1F8"/>
          </w:tcPr>
          <w:p>
            <w:r/>
            <w:r>
              <w:rPr>
                <w:b/>
                <w:sz w:val="28"/>
              </w:rPr>
              <w:t>B</w:t>
            </w:r>
          </w:p>
        </w:tc>
        <w:tc>
          <w:tcPr>
            <w:tcW w:type="dxa" w:w="3402"/>
            <w:shd w:val="clear" w:color="auto" w:fill="EAF1F8"/>
          </w:tcPr>
          <w:p>
            <w:r/>
            <w:r>
              <w:rPr>
                <w:b w:val="0"/>
                <w:sz w:val="28"/>
              </w:rPr>
              <w:t>Bisceglie M1</w:t>
            </w:r>
          </w:p>
        </w:tc>
        <w:tc>
          <w:tcPr>
            <w:tcW w:type="dxa" w:w="1134"/>
            <w:shd w:val="clear" w:color="auto" w:fill="EAF1F8"/>
          </w:tcPr>
          <w:p>
            <w:r/>
            <w:r>
              <w:rPr>
                <w:b w:val="0"/>
                <w:sz w:val="28"/>
              </w:rPr>
              <w:t>9</w:t>
            </w:r>
          </w:p>
        </w:tc>
        <w:tc>
          <w:tcPr>
            <w:tcW w:type="dxa" w:w="1134"/>
            <w:shd w:val="clear" w:color="auto" w:fill="EAF1F8"/>
          </w:tcPr>
          <w:p>
            <w:r/>
            <w:r>
              <w:rPr>
                <w:b w:val="0"/>
                <w:sz w:val="28"/>
              </w:rPr>
              <w:t>0</w:t>
            </w:r>
          </w:p>
        </w:tc>
        <w:tc>
          <w:tcPr>
            <w:tcW w:type="dxa" w:w="2551"/>
            <w:shd w:val="clear" w:color="auto" w:fill="EAF1F8"/>
          </w:tcPr>
          <w:p>
            <w:r/>
            <w:r>
              <w:rPr>
                <w:b w:val="0"/>
                <w:sz w:val="28"/>
              </w:rPr>
              <w:t>(9;0)</w:t>
            </w:r>
          </w:p>
        </w:tc>
      </w:tr>
      <w:tr>
        <w:trPr>
          <w:trHeight w:val="793"/>
        </w:trPr>
        <w:tc>
          <w:tcPr>
            <w:tcW w:type="dxa" w:w="680"/>
          </w:tcPr>
          <w:p>
            <w:r/>
            <w:r>
              <w:rPr>
                <w:b/>
                <w:sz w:val="28"/>
              </w:rPr>
              <w:t>C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  <w:t>Chiesa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28"/>
              </w:rPr>
              <w:t>(   ;   )</w:t>
            </w:r>
          </w:p>
        </w:tc>
      </w:tr>
      <w:tr>
        <w:trPr>
          <w:trHeight w:val="793"/>
        </w:trPr>
        <w:tc>
          <w:tcPr>
            <w:tcW w:type="dxa" w:w="680"/>
          </w:tcPr>
          <w:p>
            <w:r/>
            <w:r>
              <w:rPr>
                <w:b/>
                <w:sz w:val="28"/>
              </w:rPr>
              <w:t>P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  <w:t>Parco delle Cave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28"/>
              </w:rPr>
              <w:t>(   ;   )</w:t>
            </w:r>
          </w:p>
        </w:tc>
      </w:tr>
      <w:tr>
        <w:trPr>
          <w:trHeight w:val="793"/>
        </w:trPr>
        <w:tc>
          <w:tcPr>
            <w:tcW w:type="dxa" w:w="680"/>
          </w:tcPr>
          <w:p>
            <w:r/>
            <w:r>
              <w:rPr>
                <w:b/>
                <w:sz w:val="28"/>
              </w:rPr>
              <w:t>O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  <w:t>Ospedale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28"/>
              </w:rPr>
              <w:t>(   ;   )</w:t>
            </w:r>
          </w:p>
        </w:tc>
      </w:tr>
    </w:tbl>
    <w:p>
      <w:pPr>
        <w:spacing w:after="240"/>
      </w:pPr>
    </w:p>
    <w:p>
      <w:pPr>
        <w:spacing w:after="120"/>
      </w:pPr>
      <w:r>
        <w:rPr>
          <w:b/>
          <w:i w:val="0"/>
          <w:color w:val="1F4E79"/>
          <w:sz w:val="32"/>
        </w:rPr>
        <w:t>Metto io un punto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/>
          <w:sz w:val="28"/>
        </w:rPr>
        <w:t xml:space="preserve">Sulla mappa disegno un punto in </w:t>
      </w:r>
      <w:r>
        <w:rPr>
          <w:b w:val="0"/>
          <w:sz w:val="28"/>
        </w:rPr>
        <w:t>(12;1).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 w:val="0"/>
          <w:sz w:val="28"/>
        </w:rPr>
        <w:t>Prima vado a destra di 12 quadretti. Poi vado su di 1.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Su Google Maps scrivo: </w:t>
      </w:r>
      <w:r>
        <w:rPr>
          <w:b w:val="0"/>
          <w:sz w:val="28"/>
        </w:rPr>
        <w:t>Inganni M1. Guardo dove si trova.</w:t>
      </w:r>
    </w:p>
    <w:p>
      <w:pPr>
        <w:spacing w:after="120"/>
      </w:pPr>
      <w:r>
        <w:rPr>
          <w:b w:val="0"/>
          <w:i w:val="0"/>
          <w:sz w:val="28"/>
        </w:rPr>
        <w:t>Il mio punto è vicino a Inganni M1?</w:t>
      </w:r>
    </w:p>
    <w:p>
      <w:pPr>
        <w:spacing w:after="120"/>
      </w:pPr>
      <w:r>
        <w:rPr>
          <w:b w:val="0"/>
          <w:i w:val="0"/>
          <w:sz w:val="28"/>
        </w:rPr>
        <w:t>☐  Sì          ☐  No</w:t>
      </w: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8"/>
        </w:rPr>
        <w:t>Missione 2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Quanto è lontano Bisceglie?</w:t>
      </w:r>
    </w:p>
    <w:p>
      <w:pPr>
        <w:spacing w:after="120"/>
      </w:pPr>
      <w:r>
        <w:rPr>
          <w:b w:val="0"/>
          <w:i w:val="0"/>
          <w:sz w:val="28"/>
        </w:rPr>
        <w:t>Sulla mappa, dalla scuola a Bisceglie ci sono 9 quadretti.</w:t>
      </w:r>
    </w:p>
    <w:p>
      <w:pPr>
        <w:spacing w:after="200"/>
      </w:pPr>
      <w:r>
        <w:rPr>
          <w:b w:val="0"/>
          <w:i w:val="0"/>
          <w:sz w:val="28"/>
        </w:rPr>
        <w:t>Ogni quadretto è lungo 250 metri.</w:t>
      </w:r>
    </w:p>
    <w:p>
      <w:pPr>
        <w:spacing w:after="120"/>
      </w:pPr>
      <w:r>
        <w:rPr>
          <w:b/>
          <w:i w:val="0"/>
          <w:color w:val="1F4E79"/>
          <w:sz w:val="32"/>
        </w:rPr>
        <w:t>Faccio il conto con la calcolatrice:</w:t>
      </w:r>
    </w:p>
    <w:p>
      <w:pPr>
        <w:spacing w:after="280"/>
      </w:pPr>
      <w:r>
        <w:rPr>
          <w:b/>
          <w:sz w:val="40"/>
        </w:rPr>
        <w:t xml:space="preserve">9  ×  250  =  </w:t>
      </w:r>
      <w:r>
        <w:rPr>
          <w:b w:val="0"/>
          <w:sz w:val="40"/>
        </w:rPr>
        <w:t>____________</w:t>
      </w:r>
      <w:r>
        <w:rPr>
          <w:b/>
          <w:sz w:val="40"/>
        </w:rPr>
        <w:t xml:space="preserve">  metri</w:t>
      </w:r>
    </w:p>
    <w:p>
      <w:pPr>
        <w:spacing w:after="120"/>
      </w:pPr>
      <w:r>
        <w:rPr>
          <w:b/>
          <w:i w:val="0"/>
          <w:color w:val="1F4E79"/>
          <w:sz w:val="32"/>
        </w:rPr>
        <w:t>Adesso controllo con Google Maps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 w:val="0"/>
          <w:sz w:val="28"/>
        </w:rPr>
        <w:t>Cerco la scuola: via degli Ulivi 6 Milano.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 w:val="0"/>
          <w:sz w:val="28"/>
        </w:rPr>
        <w:t>Clicco con il tasto destro sulla scuola (sul trackpad: due dita).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Scelgo: </w:t>
      </w:r>
      <w:r>
        <w:rPr>
          <w:b w:val="0"/>
          <w:sz w:val="28"/>
        </w:rPr>
        <w:t>Misura distanza.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 w:val="0"/>
          <w:sz w:val="28"/>
        </w:rPr>
        <w:t>Clicco una volta su Bisceglie M1.</w:t>
      </w:r>
    </w:p>
    <w:p>
      <w:pPr>
        <w:spacing w:after="120"/>
      </w:pPr>
      <w:r>
        <w:rPr>
          <w:b/>
          <w:sz w:val="28"/>
        </w:rPr>
        <w:t xml:space="preserve">☐  5.  </w:t>
      </w:r>
      <w:r>
        <w:rPr>
          <w:b w:val="0"/>
          <w:sz w:val="28"/>
        </w:rPr>
        <w:t>Leggo il numero in basso.</w:t>
      </w:r>
    </w:p>
    <w:p>
      <w:pPr>
        <w:spacing w:after="280"/>
      </w:pPr>
      <w:r>
        <w:rPr>
          <w:b/>
          <w:sz w:val="28"/>
        </w:rPr>
        <w:t xml:space="preserve">Google Maps dice:  </w:t>
      </w:r>
      <w:r>
        <w:rPr>
          <w:b w:val="0"/>
          <w:sz w:val="28"/>
        </w:rPr>
        <w:t>__________  km</w:t>
      </w:r>
    </w:p>
    <w:p>
      <w:pPr>
        <w:spacing w:after="120"/>
      </w:pPr>
      <w:r>
        <w:rPr>
          <w:b w:val="0"/>
          <w:i w:val="0"/>
          <w:sz w:val="28"/>
        </w:rPr>
        <w:t>Il mio conto e Google Maps sono vicini?</w:t>
      </w:r>
    </w:p>
    <w:p>
      <w:pPr>
        <w:spacing w:after="200"/>
      </w:pPr>
      <w:r>
        <w:rPr>
          <w:b w:val="0"/>
          <w:i w:val="0"/>
          <w:sz w:val="28"/>
        </w:rPr>
        <w:t>☐  Sì          ☐  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EAF1F8"/>
          </w:tcPr>
          <w:p>
            <w:pPr>
              <w:spacing w:after="80"/>
            </w:pPr>
            <w:r/>
            <w:r>
              <w:rPr>
                <w:b/>
                <w:sz w:val="28"/>
              </w:rPr>
              <w:t xml:space="preserve">Lo sapevi? </w:t>
            </w:r>
            <w:r>
              <w:rPr>
                <w:b w:val="0"/>
                <w:sz w:val="28"/>
              </w:rPr>
              <w:t>1000 metri sono 1 chilometro (km).</w:t>
            </w:r>
          </w:p>
        </w:tc>
      </w:tr>
    </w:tbl>
    <w:p>
      <w:pPr>
        <w:spacing w:after="80"/>
      </w:pP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8"/>
        </w:rPr>
        <w:t>Missione 3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Quanto ci metto ad andare a Bisceglie?</w:t>
      </w:r>
    </w:p>
    <w:p>
      <w:pPr>
        <w:spacing w:after="200"/>
      </w:pPr>
      <w:r>
        <w:rPr>
          <w:b w:val="0"/>
          <w:i w:val="0"/>
          <w:sz w:val="28"/>
        </w:rPr>
        <w:t>Il navigatore di Google Maps mi dice quanti minuti servono.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/>
          <w:sz w:val="28"/>
        </w:rPr>
        <w:t xml:space="preserve">Su Google Maps clicco: </w:t>
      </w:r>
      <w:r>
        <w:rPr>
          <w:b w:val="0"/>
          <w:sz w:val="28"/>
        </w:rPr>
        <w:t>Indicazioni.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/>
          <w:sz w:val="28"/>
        </w:rPr>
        <w:t xml:space="preserve">Nella prima riga scrivo: </w:t>
      </w:r>
      <w:r>
        <w:rPr>
          <w:b w:val="0"/>
          <w:sz w:val="28"/>
        </w:rPr>
        <w:t>via degli Ulivi 6 Milano.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Nella seconda riga scrivo: </w:t>
      </w:r>
      <w:r>
        <w:rPr>
          <w:b w:val="0"/>
          <w:sz w:val="28"/>
        </w:rPr>
        <w:t>Bisceglie M1.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 w:val="0"/>
          <w:sz w:val="28"/>
        </w:rPr>
        <w:t>In alto ci sono i disegni: a piedi, bici, auto, mezzi. Clicco un disegno alla volta.</w:t>
      </w:r>
    </w:p>
    <w:p>
      <w:pPr>
        <w:spacing w:after="120"/>
      </w:pPr>
      <w:r>
        <w:rPr>
          <w:b/>
          <w:sz w:val="28"/>
        </w:rPr>
        <w:t xml:space="preserve">☐  5.  </w:t>
      </w:r>
      <w:r>
        <w:rPr>
          <w:b w:val="0"/>
          <w:sz w:val="28"/>
        </w:rPr>
        <w:t>Scrivo i minuti nella tabella.</w:t>
      </w:r>
    </w:p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4536"/>
        <w:gridCol w:w="3402"/>
      </w:tblGrid>
      <w:tr>
        <w:tc>
          <w:tcPr>
            <w:tcW w:type="dxa" w:w="4535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Come vado</w:t>
            </w:r>
          </w:p>
        </w:tc>
        <w:tc>
          <w:tcPr>
            <w:tcW w:type="dxa" w:w="3402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Minuti</w:t>
            </w:r>
          </w:p>
        </w:tc>
      </w:tr>
      <w:tr>
        <w:trPr>
          <w:trHeight w:val="793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A PIEDI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93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IN BICI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93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IN AUTO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93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CON I MEZZI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</w:tbl>
    <w:p>
      <w:pPr>
        <w:spacing w:after="16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FFF6D6"/>
          </w:tcPr>
          <w:p>
            <w:pPr>
              <w:spacing w:after="80"/>
            </w:pPr>
            <w:r/>
            <w:r>
              <w:rPr>
                <w:b/>
                <w:sz w:val="28"/>
              </w:rPr>
              <w:t xml:space="preserve">Attenzione. </w:t>
            </w:r>
            <w:r>
              <w:rPr>
                <w:b w:val="0"/>
                <w:sz w:val="28"/>
              </w:rPr>
              <w:t>Il navigatore cambia i minuti con il traffico. Va bene: scrivo i miei numeri.</w:t>
            </w:r>
          </w:p>
        </w:tc>
      </w:tr>
    </w:tbl>
    <w:p>
      <w:pPr>
        <w:spacing w:after="80"/>
      </w:pP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8"/>
        </w:rPr>
        <w:t>Missione 3</w:t>
      </w:r>
    </w:p>
    <w:p>
      <w:pPr>
        <w:spacing w:after="280"/>
      </w:pPr>
      <w:r>
        <w:rPr>
          <w:b w:val="0"/>
          <w:i w:val="0"/>
          <w:color w:val="404040"/>
          <w:sz w:val="28"/>
        </w:rPr>
        <w:t>Il grafico del viaggio</w:t>
      </w:r>
    </w:p>
    <w:p>
      <w:pPr>
        <w:spacing w:after="80"/>
      </w:pPr>
      <w:r>
        <w:rPr>
          <w:b w:val="0"/>
          <w:i w:val="0"/>
          <w:sz w:val="28"/>
        </w:rPr>
        <w:t>Coloro ogni colonna dal basso fino ai miei minuti.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236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_vuot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3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28"/>
        </w:rPr>
        <w:t xml:space="preserve">La colonna più bassa è: </w:t>
      </w:r>
      <w:r>
        <w:rPr>
          <w:b w:val="0"/>
          <w:sz w:val="28"/>
        </w:rPr>
        <w:t>______________</w:t>
      </w:r>
    </w:p>
    <w:p>
      <w:pPr>
        <w:spacing w:after="160"/>
      </w:pPr>
      <w:r>
        <w:rPr>
          <w:b w:val="0"/>
          <w:i w:val="0"/>
          <w:color w:val="404040"/>
          <w:sz w:val="26"/>
        </w:rPr>
        <w:t>È il modo più veloce.</w:t>
      </w:r>
    </w:p>
    <w:p>
      <w:pPr>
        <w:spacing w:after="80"/>
      </w:pPr>
      <w:r>
        <w:rPr>
          <w:b/>
          <w:sz w:val="28"/>
        </w:rPr>
        <w:t xml:space="preserve">La colonna più alta è: </w:t>
      </w:r>
      <w:r>
        <w:rPr>
          <w:b w:val="0"/>
          <w:sz w:val="28"/>
        </w:rPr>
        <w:t>______________</w:t>
      </w:r>
    </w:p>
    <w:p>
      <w:pPr>
        <w:spacing w:after="160"/>
      </w:pPr>
      <w:r>
        <w:rPr>
          <w:b w:val="0"/>
          <w:i w:val="0"/>
          <w:color w:val="404040"/>
          <w:sz w:val="26"/>
        </w:rPr>
        <w:t>È il modo più lento.</w:t>
      </w:r>
    </w:p>
    <w:p>
      <w:pPr>
        <w:spacing w:after="200"/>
      </w:pPr>
      <w:r>
        <w:rPr>
          <w:b/>
          <w:sz w:val="28"/>
        </w:rPr>
        <w:t xml:space="preserve">Io per andare a Bisceglie preferisco: </w:t>
      </w:r>
      <w:r>
        <w:rPr>
          <w:b w:val="0"/>
          <w:sz w:val="28"/>
        </w:rPr>
        <w:t>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24" w:color="C00000"/>
          <w:left w:val="single" w:sz="24" w:color="C00000"/>
          <w:bottom w:val="single" w:sz="24" w:color="C00000"/>
          <w:right w:val="single" w:sz="24" w:color="C00000"/>
          <w:insideH w:val="single" w:sz="24" w:color="C00000"/>
          <w:insideV w:val="single" w:sz="24" w:color="C00000"/>
        </w:tblBorders>
      </w:tblPr>
      <w:tblGrid>
        <w:gridCol w:w="9412"/>
      </w:tblGrid>
      <w:tr>
        <w:tc>
          <w:tcPr>
            <w:tcW w:type="dxa" w:w="9412"/>
          </w:tcPr>
          <w:p>
            <w:pPr>
              <w:jc w:val="center"/>
            </w:pPr>
            <w:r/>
            <w:r>
              <w:rPr>
                <w:b/>
                <w:color w:val="C00000"/>
                <w:sz w:val="44"/>
              </w:rPr>
              <w:t>Ho finito!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Lo dico all'insegnante o mostro questo cartoncino.</w:t>
            </w:r>
          </w:p>
        </w:tc>
      </w:tr>
    </w:tbl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B8860B"/>
          <w:left w:val="single" w:sz="12" w:color="B8860B"/>
          <w:bottom w:val="single" w:sz="12" w:color="B8860B"/>
          <w:right w:val="single" w:sz="12" w:color="B8860B"/>
          <w:insideH w:val="single" w:sz="12" w:color="B8860B"/>
          <w:insideV w:val="single" w:sz="12" w:color="B8860B"/>
        </w:tblBorders>
      </w:tblPr>
      <w:tblGrid>
        <w:gridCol w:w="9412"/>
      </w:tblGrid>
      <w:tr>
        <w:tc>
          <w:tcPr>
            <w:tcW w:type="dxa" w:w="9412"/>
            <w:shd w:val="clear" w:color="auto" w:fill="FFF6D6"/>
          </w:tcPr>
          <w:p>
            <w:r/>
            <w:r>
              <w:rPr>
                <w:b/>
                <w:color w:val="1F4E79"/>
                <w:sz w:val="48"/>
              </w:rPr>
              <w:t>A CASA</w:t>
            </w:r>
          </w:p>
          <w:p>
            <w:r>
              <w:rPr>
                <w:b w:val="0"/>
                <w:sz w:val="28"/>
              </w:rPr>
              <w:t>La Missione 3 di nuovo, con un adulto di casa. Uso il telefono o il computer di casa.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i w:val="0"/>
          <w:color w:val="1F4E79"/>
          <w:sz w:val="32"/>
        </w:rPr>
        <w:t>Scelgo dove vado: faccio ✔ su un posto.</w:t>
      </w:r>
    </w:p>
    <w:p>
      <w:pPr>
        <w:spacing w:after="120"/>
      </w:pPr>
      <w:r>
        <w:rPr>
          <w:b w:val="0"/>
          <w:i w:val="0"/>
          <w:sz w:val="28"/>
        </w:rPr>
        <w:t>☐  Lo sport      ☐  Un amico o un parente      ☐  Un negozio</w:t>
      </w:r>
    </w:p>
    <w:p>
      <w:pPr>
        <w:spacing w:after="200"/>
      </w:pPr>
      <w:r>
        <w:rPr>
          <w:b w:val="0"/>
          <w:sz w:val="28"/>
        </w:rPr>
        <w:t xml:space="preserve">☐  Un altro posto: </w:t>
      </w:r>
      <w:r>
        <w:rPr>
          <w:b w:val="0"/>
          <w:sz w:val="28"/>
        </w:rPr>
        <w:t>_______________________</w:t>
      </w:r>
    </w:p>
    <w:p>
      <w:pPr>
        <w:spacing w:after="120"/>
      </w:pPr>
      <w:r>
        <w:rPr>
          <w:b/>
          <w:sz w:val="28"/>
        </w:rPr>
        <w:t xml:space="preserve">☐  1.  </w:t>
      </w:r>
      <w:r>
        <w:rPr>
          <w:b/>
          <w:sz w:val="28"/>
        </w:rPr>
        <w:t xml:space="preserve">Su Google Maps clicco: </w:t>
      </w:r>
      <w:r>
        <w:rPr>
          <w:b w:val="0"/>
          <w:sz w:val="28"/>
        </w:rPr>
        <w:t>Indicazioni.</w:t>
      </w:r>
    </w:p>
    <w:p>
      <w:pPr>
        <w:spacing w:after="120"/>
      </w:pPr>
      <w:r>
        <w:rPr>
          <w:b/>
          <w:sz w:val="28"/>
        </w:rPr>
        <w:t xml:space="preserve">☐  2.  </w:t>
      </w:r>
      <w:r>
        <w:rPr>
          <w:b/>
          <w:sz w:val="28"/>
        </w:rPr>
        <w:t xml:space="preserve">Nella prima riga scrivo: </w:t>
      </w:r>
      <w:r>
        <w:rPr>
          <w:b w:val="0"/>
          <w:sz w:val="28"/>
        </w:rPr>
        <w:t>casa mia (l'adulto mi aiuta con l'indirizzo).</w:t>
      </w:r>
    </w:p>
    <w:p>
      <w:pPr>
        <w:spacing w:after="120"/>
      </w:pPr>
      <w:r>
        <w:rPr>
          <w:b/>
          <w:sz w:val="28"/>
        </w:rPr>
        <w:t xml:space="preserve">☐  3.  </w:t>
      </w:r>
      <w:r>
        <w:rPr>
          <w:b/>
          <w:sz w:val="28"/>
        </w:rPr>
        <w:t xml:space="preserve">Nella seconda riga scrivo: </w:t>
      </w:r>
      <w:r>
        <w:rPr>
          <w:b w:val="0"/>
          <w:sz w:val="28"/>
        </w:rPr>
        <w:t>il posto che ho scelto.</w:t>
      </w:r>
    </w:p>
    <w:p>
      <w:pPr>
        <w:spacing w:after="120"/>
      </w:pPr>
      <w:r>
        <w:rPr>
          <w:b/>
          <w:sz w:val="28"/>
        </w:rPr>
        <w:t xml:space="preserve">☐  4.  </w:t>
      </w:r>
      <w:r>
        <w:rPr>
          <w:b w:val="0"/>
          <w:sz w:val="28"/>
        </w:rPr>
        <w:t>Clicco un disegno alla volta: a piedi, bici, auto, mezzi.</w:t>
      </w:r>
    </w:p>
    <w:p>
      <w:pPr>
        <w:spacing w:after="120"/>
      </w:pPr>
      <w:r>
        <w:rPr>
          <w:b/>
          <w:sz w:val="28"/>
        </w:rPr>
        <w:t xml:space="preserve">☐  5.  </w:t>
      </w:r>
      <w:r>
        <w:rPr>
          <w:b w:val="0"/>
          <w:sz w:val="28"/>
        </w:rPr>
        <w:t>Scrivo i minuti nella tabella.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4536"/>
        <w:gridCol w:w="3402"/>
      </w:tblGrid>
      <w:tr>
        <w:tc>
          <w:tcPr>
            <w:tcW w:type="dxa" w:w="4535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Come vado</w:t>
            </w:r>
          </w:p>
        </w:tc>
        <w:tc>
          <w:tcPr>
            <w:tcW w:type="dxa" w:w="3402"/>
            <w:shd w:val="clear" w:color="auto" w:fill="1F4E79"/>
          </w:tcPr>
          <w:p>
            <w:r/>
            <w:r>
              <w:rPr>
                <w:b/>
                <w:color w:val="FFFFFF"/>
                <w:sz w:val="26"/>
              </w:rPr>
              <w:t>Minuti</w:t>
            </w:r>
          </w:p>
        </w:tc>
      </w:tr>
      <w:tr>
        <w:trPr>
          <w:trHeight w:val="737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A PIEDI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37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IN BICI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37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IN AUTO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737"/>
        </w:trPr>
        <w:tc>
          <w:tcPr>
            <w:tcW w:type="dxa" w:w="4535"/>
          </w:tcPr>
          <w:p>
            <w:r/>
            <w:r>
              <w:rPr>
                <w:b/>
                <w:sz w:val="28"/>
              </w:rPr>
              <w:t>CON I MEZZI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8"/>
              </w:rPr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 w:val="0"/>
          <w:i w:val="0"/>
          <w:sz w:val="28"/>
        </w:rPr>
        <w:t>Chiedo all'adulto: «Tu come ci vai?»  Scrivo la risposta:</w:t>
      </w:r>
    </w:p>
    <w:p>
      <w:pPr>
        <w:spacing w:after="80"/>
      </w:pPr>
      <w:r>
        <w:rPr>
          <w:b w:val="0"/>
          <w:i w:val="0"/>
          <w:sz w:val="28"/>
        </w:rPr>
        <w:t>_______________________________________</w:t>
      </w: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B8860B"/>
          <w:left w:val="single" w:sz="12" w:color="B8860B"/>
          <w:bottom w:val="single" w:sz="12" w:color="B8860B"/>
          <w:right w:val="single" w:sz="12" w:color="B8860B"/>
          <w:insideH w:val="single" w:sz="12" w:color="B8860B"/>
          <w:insideV w:val="single" w:sz="12" w:color="B8860B"/>
        </w:tblBorders>
      </w:tblPr>
      <w:tblGrid>
        <w:gridCol w:w="9412"/>
      </w:tblGrid>
      <w:tr>
        <w:tc>
          <w:tcPr>
            <w:tcW w:type="dxa" w:w="9412"/>
            <w:shd w:val="clear" w:color="auto" w:fill="FFF6D6"/>
          </w:tcPr>
          <w:p>
            <w:r/>
            <w:r>
              <w:rPr>
                <w:b/>
                <w:color w:val="1F4E79"/>
                <w:sz w:val="48"/>
              </w:rPr>
              <w:t>A CASA</w:t>
            </w:r>
          </w:p>
          <w:p>
            <w:r>
              <w:rPr>
                <w:b w:val="0"/>
                <w:sz w:val="28"/>
              </w:rPr>
              <w:t>Il grafico del mio viaggio. Come a scuola: coloro ogni colonna fino ai miei minuti.</w:t>
            </w:r>
          </w:p>
        </w:tc>
      </w:tr>
    </w:tbl>
    <w:p>
      <w:pPr>
        <w:spacing w:after="12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236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_vuot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3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28"/>
        </w:rPr>
        <w:t xml:space="preserve">La colonna più bassa è: </w:t>
      </w:r>
      <w:r>
        <w:rPr>
          <w:b w:val="0"/>
          <w:sz w:val="28"/>
        </w:rPr>
        <w:t>______________</w:t>
      </w:r>
    </w:p>
    <w:p>
      <w:pPr>
        <w:spacing w:after="200"/>
      </w:pPr>
      <w:r>
        <w:rPr>
          <w:b/>
          <w:sz w:val="28"/>
        </w:rPr>
        <w:t xml:space="preserve">La colonna più alta è: </w:t>
      </w:r>
      <w:r>
        <w:rPr>
          <w:b w:val="0"/>
          <w:sz w:val="28"/>
        </w:rPr>
        <w:t>______________</w:t>
      </w:r>
    </w:p>
    <w:p>
      <w:pPr>
        <w:spacing w:after="240"/>
      </w:pPr>
      <w:r>
        <w:rPr>
          <w:b/>
          <w:sz w:val="28"/>
        </w:rPr>
        <w:t xml:space="preserve">Riporto la scheda a scuola il giorno: </w:t>
      </w:r>
      <w:r>
        <w:rPr>
          <w:b w:val="0"/>
          <w:sz w:val="28"/>
        </w:rPr>
        <w:t>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9412"/>
      </w:tblGrid>
      <w:tr>
        <w:tc>
          <w:tcPr>
            <w:tcW w:type="dxa" w:w="9412"/>
            <w:shd w:val="clear" w:color="auto" w:fill="EAF1F8"/>
          </w:tcPr>
          <w:p>
            <w:pPr>
              <w:spacing w:after="80"/>
            </w:pPr>
            <w:r/>
            <w:r>
              <w:rPr>
                <w:b/>
                <w:sz w:val="24"/>
              </w:rPr>
              <w:t xml:space="preserve">Per la famiglia. </w:t>
            </w:r>
            <w:r>
              <w:rPr>
                <w:b w:val="0"/>
                <w:sz w:val="24"/>
              </w:rPr>
              <w:t>È la stessa attività fatta in classe, con un posto scelto dallo studente. Bastano 15-20 minuti. Lasciate che scriva e clicchi da solo: aiutatelo solo con l'indirizzo di casa. Se i minuti non sono numeri tondi, va bene così.</w:t>
            </w:r>
          </w:p>
        </w:tc>
      </w:tr>
    </w:tbl>
    <w:p>
      <w:pPr>
        <w:spacing w:after="80"/>
      </w:pPr>
    </w:p>
    <w:p>
      <w:pPr>
        <w:pageBreakBefore/>
        <w:spacing w:after="0" w:line="240" w:lineRule="auto"/>
      </w:pPr>
      <w:r>
        <w:rPr>
          <w:sz w:val="4"/>
        </w:rPr>
        <w:t xml:space="preserve"> </w:t>
      </w:r>
    </w:p>
    <w:p>
      <w:pPr>
        <w:spacing w:after="40"/>
      </w:pPr>
      <w:r>
        <w:rPr>
          <w:b/>
          <w:i w:val="0"/>
          <w:color w:val="1F4E79"/>
          <w:sz w:val="44"/>
        </w:rPr>
        <w:t>Per l'insegnante</w:t>
      </w:r>
    </w:p>
    <w:p>
      <w:pPr>
        <w:spacing w:after="200"/>
      </w:pPr>
      <w:r>
        <w:rPr>
          <w:b w:val="0"/>
          <w:i w:val="0"/>
          <w:color w:val="404040"/>
          <w:sz w:val="26"/>
        </w:rPr>
        <w:t>Come si usa questa scheda</w:t>
      </w:r>
    </w:p>
    <w:p>
      <w:pPr>
        <w:spacing w:after="80" w:line="288" w:lineRule="auto"/>
      </w:pPr>
      <w:r>
        <w:rPr>
          <w:b/>
          <w:sz w:val="22"/>
        </w:rPr>
        <w:t xml:space="preserve">Obiettivo. </w:t>
      </w:r>
      <w:r>
        <w:rPr>
          <w:b w:val="0"/>
          <w:sz w:val="22"/>
        </w:rPr>
        <w:t>Leggere e scrivere le coordinate di un punto nel primo quadrante, costruire e leggere un grafico a barre da dati raccolti dallo studente. La mappa vera è l'aggancio concreto: la scuola è l'origine e la fermata della metropolitana sta quasi sull'asse x. Allena anche l'attenzione su una consegna breve e strutturata, il calcolo con la calcolatrice in una situazione concreta, la digitazione (gli indirizzi li scrive lo studente), il segnalare «ho finito», l'esprimere una preferenza (pagina 8) e l'orientamento sul territorio. Pensata per studenti con disturbo dello spettro autistico o con disabilità intellettiva, anche con programmazione differenziata.</w:t>
      </w:r>
    </w:p>
    <w:p>
      <w:pPr>
        <w:spacing w:after="80" w:line="288" w:lineRule="auto"/>
      </w:pPr>
      <w:r>
        <w:rPr>
          <w:b/>
          <w:sz w:val="22"/>
        </w:rPr>
        <w:t xml:space="preserve">Tempi. </w:t>
      </w:r>
      <w:r>
        <w:rPr>
          <w:b w:val="0"/>
          <w:sz w:val="22"/>
        </w:rPr>
        <w:t>Due ore: nella prima pagine 1-6 (missioni 1 e 2), nella seconda pagine 7-8 (missione 3). Le pagine 9-10 vanno a casa dopo la seconda ora: sono la stessa missione 3, con un posto scelto dallo studente e dalla famiglia. Versione interattiva: ivanferrero.it/lezioni-accessibili/la-mia-zona-piano-cartesiano/</w:t>
      </w:r>
    </w:p>
    <w:p>
      <w:pPr>
        <w:spacing w:after="80" w:line="288" w:lineRule="auto"/>
      </w:pPr>
      <w:r>
        <w:rPr>
          <w:b/>
          <w:sz w:val="22"/>
        </w:rPr>
        <w:t xml:space="preserve">Prima. </w:t>
      </w:r>
      <w:r>
        <w:rPr>
          <w:b w:val="0"/>
          <w:sz w:val="22"/>
        </w:rPr>
        <w:t>Computer della scuola con il browser: Google Maps funziona senza account. Tutto si fa sul computer, non sul telefono. «Misura distanza»: clic destro (sul trackpad, clic con due dita) sul punto di partenza, poi un clic sull'arrivo; il valore compare in basso. Stampare la pagina 4 a colori, in orizzontale.</w:t>
      </w:r>
    </w:p>
    <w:p>
      <w:pPr>
        <w:spacing w:after="80" w:line="288" w:lineRule="auto"/>
      </w:pPr>
      <w:r>
        <w:rPr>
          <w:b/>
          <w:sz w:val="22"/>
        </w:rPr>
        <w:t xml:space="preserve">Soluzioni. </w:t>
      </w:r>
      <w:r>
        <w:rPr>
          <w:b w:val="0"/>
          <w:sz w:val="22"/>
        </w:rPr>
        <w:t>C Chiesa (2;3) · P Parco delle Cave (5;6) · O Ospedale (10;6) · il punto (12;1) cade su Inganni M1. 9 × 250 = 2.250 metri; Misura distanza dà circa 2,3 km in linea d'aria. Navigatore, valori indicativi (cambiano con l'ora): a piedi 35 minuti circa (2,8 km), bici 12-15, auto 5-10, mezzi 15-25. I punti sulla mappa sono messi sull'incrocio più vicino al posto vero: lo scarto è al massimo di un centinaio di metri.</w:t>
      </w:r>
    </w:p>
    <w:p>
      <w:pPr>
        <w:spacing w:after="80" w:line="288" w:lineRule="auto"/>
      </w:pPr>
      <w:r>
        <w:rPr>
          <w:b/>
          <w:sz w:val="22"/>
        </w:rPr>
        <w:t xml:space="preserve">Per la classe. </w:t>
      </w:r>
      <w:r>
        <w:rPr>
          <w:b w:val="0"/>
          <w:sz w:val="22"/>
        </w:rPr>
        <w:t>La stessa mappa regge il programma dei compagni: distanza Scuola-Ospedale con Pitagora, √(10² + 6²) ≈ 11,7 quadretti ≈ 2,9 km, da confrontare con Misura distanza. Utile per un momento comune con la classe.</w:t>
      </w:r>
    </w:p>
    <w:p>
      <w:pPr>
        <w:spacing w:after="80"/>
      </w:pPr>
      <w:r>
        <w:rPr>
          <w:b/>
          <w:i w:val="0"/>
          <w:color w:val="1F4E79"/>
          <w:sz w:val="26"/>
        </w:rPr>
        <w:t>Griglia di osservazione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1F4E79"/>
          <w:left w:val="single" w:sz="8" w:color="1F4E79"/>
          <w:bottom w:val="single" w:sz="8" w:color="1F4E79"/>
          <w:right w:val="single" w:sz="8" w:color="1F4E79"/>
          <w:insideH w:val="single" w:sz="8" w:color="1F4E79"/>
          <w:insideV w:val="single" w:sz="8" w:color="1F4E79"/>
        </w:tblBorders>
      </w:tblPr>
      <w:tblGrid>
        <w:gridCol w:w="4819"/>
        <w:gridCol w:w="1587"/>
        <w:gridCol w:w="1587"/>
        <w:gridCol w:w="1587"/>
      </w:tblGrid>
      <w:tr>
        <w:tc>
          <w:tcPr>
            <w:tcW w:type="dxa" w:w="4819"/>
            <w:shd w:val="clear" w:color="auto" w:fill="1F4E79"/>
          </w:tcPr>
          <w:p>
            <w:r/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1587"/>
            <w:shd w:val="clear" w:color="auto" w:fill="1F4E79"/>
          </w:tcPr>
          <w:p>
            <w:r/>
            <w:r>
              <w:rPr>
                <w:b/>
                <w:color w:val="FFFFFF"/>
                <w:sz w:val="20"/>
              </w:rPr>
              <w:t>Da solo</w:t>
            </w:r>
          </w:p>
        </w:tc>
        <w:tc>
          <w:tcPr>
            <w:tcW w:type="dxa" w:w="1587"/>
            <w:shd w:val="clear" w:color="auto" w:fill="1F4E79"/>
          </w:tcPr>
          <w:p>
            <w:r/>
            <w:r>
              <w:rPr>
                <w:b/>
                <w:color w:val="FFFFFF"/>
                <w:sz w:val="20"/>
              </w:rPr>
              <w:t>Con aiuto</w:t>
            </w:r>
          </w:p>
        </w:tc>
        <w:tc>
          <w:tcPr>
            <w:tcW w:type="dxa" w:w="1587"/>
            <w:shd w:val="clear" w:color="auto" w:fill="1F4E79"/>
          </w:tcPr>
          <w:p>
            <w:r/>
            <w:r>
              <w:rPr>
                <w:b/>
                <w:color w:val="FFFFFF"/>
                <w:sz w:val="20"/>
              </w:rPr>
              <w:t>Non ancora</w:t>
            </w: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Avvia la missione senza sollecito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Digita gli indirizzi sul computer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Legge prima la x, poi la y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Usa la calcolatrice per 9 × 250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Costruisce il grafico a barre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Dice o mostra «Ho finito»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Esprime una preferenza (pagina 8)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  <w:tr>
        <w:tc>
          <w:tcPr>
            <w:tcW w:type="dxa" w:w="4819"/>
          </w:tcPr>
          <w:p>
            <w:pPr>
              <w:spacing w:line="240" w:lineRule="auto" w:after="20"/>
            </w:pPr>
            <w:r/>
            <w:r>
              <w:rPr>
                <w:b w:val="0"/>
                <w:sz w:val="20"/>
              </w:rPr>
              <w:t>Riporta la parte a casa svolta</w:t>
            </w: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  <w:tc>
          <w:tcPr>
            <w:tcW w:type="dxa" w:w="1587"/>
          </w:tcPr>
          <w:p>
            <w:pPr>
              <w:spacing w:line="240" w:lineRule="auto" w:after="20"/>
            </w:pPr>
          </w:p>
        </w:tc>
      </w:tr>
    </w:tbl>
    <w:p>
      <w:pPr>
        <w:spacing w:after="0"/>
      </w:pPr>
      <w:r>
        <w:rPr>
          <w:b w:val="0"/>
          <w:sz w:val="20"/>
        </w:rPr>
        <w:t>Data: ________   Note: _____________________________________________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04040"/>
        <w:sz w:val="22"/>
      </w:rPr>
      <w:t xml:space="preserve">La mia zona sul piano cartesiano · pagina </w:t>
    </w:r>
    <w:r>
      <w:rPr>
        <w:sz w:val="22"/>
      </w:rPr>
      <w:fldChar w:fldCharType="begin"/>
      <w:instrText xml:space="preserve">PAGE</w:instrText>
      <w:fldChar w:fldCharType="end"/>
    </w:r>
    <w:r>
      <w:rPr>
        <w:color w:val="404040"/>
        <w:sz w:val="22"/>
      </w:rPr>
      <w:t xml:space="preserve"> di </w:t>
    </w:r>
    <w:r>
      <w:rPr>
        <w:sz w:val="22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Verdana" w:hAnsi="Verdana" w:eastAsia="Verdana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